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46FF0" w14:textId="77777777" w:rsidR="00BD1072" w:rsidRDefault="00000000" w:rsidP="00E731BD">
      <w:pPr>
        <w:pStyle w:val="Heading1"/>
        <w:spacing w:before="0"/>
        <w:jc w:val="center"/>
      </w:pPr>
      <w:r>
        <w:t>Hayle Pool League - Winter 2026/27 - Fixtures</w:t>
      </w:r>
    </w:p>
    <w:p w14:paraId="73D73D20" w14:textId="77777777" w:rsidR="00BD1072" w:rsidRDefault="00BD1072" w:rsidP="00E731BD"/>
    <w:p w14:paraId="67C1251D" w14:textId="77777777" w:rsidR="00E731BD" w:rsidRDefault="00E731BD" w:rsidP="00E731BD">
      <w:pPr>
        <w:jc w:val="center"/>
        <w:rPr>
          <w:b/>
        </w:rPr>
        <w:sectPr w:rsidR="00E731BD" w:rsidSect="00E731B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350E6E5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1 - 29th September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1EDD5159" w14:textId="77777777">
        <w:trPr>
          <w:jc w:val="center"/>
        </w:trPr>
        <w:tc>
          <w:tcPr>
            <w:tcW w:w="2880" w:type="dxa"/>
          </w:tcPr>
          <w:p w14:paraId="71B692D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042B3B8A" w14:textId="2908B8D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997C7E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53CC5447" w14:textId="77777777">
        <w:trPr>
          <w:jc w:val="center"/>
        </w:trPr>
        <w:tc>
          <w:tcPr>
            <w:tcW w:w="2880" w:type="dxa"/>
          </w:tcPr>
          <w:p w14:paraId="2B86880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631DD720" w14:textId="32248D7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AD2CB4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693729B3" w14:textId="77777777">
        <w:trPr>
          <w:jc w:val="center"/>
        </w:trPr>
        <w:tc>
          <w:tcPr>
            <w:tcW w:w="2880" w:type="dxa"/>
          </w:tcPr>
          <w:p w14:paraId="60CA159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43AA131F" w14:textId="0807D34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EAC75F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68E59BA5" w14:textId="77777777">
        <w:trPr>
          <w:jc w:val="center"/>
        </w:trPr>
        <w:tc>
          <w:tcPr>
            <w:tcW w:w="2880" w:type="dxa"/>
          </w:tcPr>
          <w:p w14:paraId="04479A4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49F5B4D6" w14:textId="7A5F225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2274DE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1DAE4E02" w14:textId="77777777">
        <w:trPr>
          <w:jc w:val="center"/>
        </w:trPr>
        <w:tc>
          <w:tcPr>
            <w:tcW w:w="2880" w:type="dxa"/>
          </w:tcPr>
          <w:p w14:paraId="4B90F04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125E4D0D" w14:textId="0454B96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6BEB83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75D415F8" w14:textId="77777777">
        <w:trPr>
          <w:jc w:val="center"/>
        </w:trPr>
        <w:tc>
          <w:tcPr>
            <w:tcW w:w="2880" w:type="dxa"/>
          </w:tcPr>
          <w:p w14:paraId="42F35A6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0CDFD353" w14:textId="082F3CF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1BAC99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075F1BCD" w14:textId="77777777">
        <w:trPr>
          <w:jc w:val="center"/>
        </w:trPr>
        <w:tc>
          <w:tcPr>
            <w:tcW w:w="2880" w:type="dxa"/>
          </w:tcPr>
          <w:p w14:paraId="645BB7D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2DA7ACE9" w14:textId="5E1D6D4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4A1344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192B1E0E" w14:textId="77777777">
        <w:trPr>
          <w:jc w:val="center"/>
        </w:trPr>
        <w:tc>
          <w:tcPr>
            <w:tcW w:w="2880" w:type="dxa"/>
          </w:tcPr>
          <w:p w14:paraId="66BA4E0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14514CF9" w14:textId="0333AA6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E02B6C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</w:tbl>
    <w:p w14:paraId="262CBB2E" w14:textId="77777777" w:rsidR="00BD1072" w:rsidRPr="00E731BD" w:rsidRDefault="00BD1072" w:rsidP="00E731BD">
      <w:pPr>
        <w:rPr>
          <w:sz w:val="20"/>
          <w:szCs w:val="20"/>
        </w:rPr>
      </w:pPr>
    </w:p>
    <w:p w14:paraId="1D15A11D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2 - 6th October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7BAF128E" w14:textId="77777777">
        <w:trPr>
          <w:jc w:val="center"/>
        </w:trPr>
        <w:tc>
          <w:tcPr>
            <w:tcW w:w="2880" w:type="dxa"/>
          </w:tcPr>
          <w:p w14:paraId="61D2A15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68853FBB" w14:textId="1F43D9D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AEAC5B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1FE3DFAA" w14:textId="77777777">
        <w:trPr>
          <w:jc w:val="center"/>
        </w:trPr>
        <w:tc>
          <w:tcPr>
            <w:tcW w:w="2880" w:type="dxa"/>
          </w:tcPr>
          <w:p w14:paraId="0667CA1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56BFF160" w14:textId="35E6DFB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C9BCBB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75E325E5" w14:textId="77777777">
        <w:trPr>
          <w:jc w:val="center"/>
        </w:trPr>
        <w:tc>
          <w:tcPr>
            <w:tcW w:w="2880" w:type="dxa"/>
          </w:tcPr>
          <w:p w14:paraId="0408339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49B099A6" w14:textId="0C2E346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703551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21400BDF" w14:textId="77777777">
        <w:trPr>
          <w:jc w:val="center"/>
        </w:trPr>
        <w:tc>
          <w:tcPr>
            <w:tcW w:w="2880" w:type="dxa"/>
          </w:tcPr>
          <w:p w14:paraId="2631AF4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5B1E6F57" w14:textId="2AB111F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9A2450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71E50B72" w14:textId="77777777">
        <w:trPr>
          <w:jc w:val="center"/>
        </w:trPr>
        <w:tc>
          <w:tcPr>
            <w:tcW w:w="2880" w:type="dxa"/>
          </w:tcPr>
          <w:p w14:paraId="31141F1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6BF8735D" w14:textId="645EB15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56EACB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6B4ABD6F" w14:textId="77777777">
        <w:trPr>
          <w:jc w:val="center"/>
        </w:trPr>
        <w:tc>
          <w:tcPr>
            <w:tcW w:w="2880" w:type="dxa"/>
          </w:tcPr>
          <w:p w14:paraId="7AF5173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27895EB2" w14:textId="290B44E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C029CE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1E6271C9" w14:textId="77777777">
        <w:trPr>
          <w:jc w:val="center"/>
        </w:trPr>
        <w:tc>
          <w:tcPr>
            <w:tcW w:w="2880" w:type="dxa"/>
          </w:tcPr>
          <w:p w14:paraId="2D5231E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45513805" w14:textId="60D36BB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7DEEE2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0DA2C4F0" w14:textId="77777777">
        <w:trPr>
          <w:jc w:val="center"/>
        </w:trPr>
        <w:tc>
          <w:tcPr>
            <w:tcW w:w="2880" w:type="dxa"/>
          </w:tcPr>
          <w:p w14:paraId="41B3E0E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2CC87A5A" w14:textId="41C0983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20AA68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</w:tbl>
    <w:p w14:paraId="3869DA65" w14:textId="77777777" w:rsidR="00BD1072" w:rsidRPr="00E731BD" w:rsidRDefault="00BD1072" w:rsidP="00E731BD">
      <w:pPr>
        <w:rPr>
          <w:sz w:val="20"/>
          <w:szCs w:val="20"/>
        </w:rPr>
      </w:pPr>
    </w:p>
    <w:p w14:paraId="4FEC18CD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3 - 13th October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39AB0AB9" w14:textId="77777777">
        <w:trPr>
          <w:jc w:val="center"/>
        </w:trPr>
        <w:tc>
          <w:tcPr>
            <w:tcW w:w="2880" w:type="dxa"/>
          </w:tcPr>
          <w:p w14:paraId="2F804E9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6853895C" w14:textId="32F559B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7C9897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04E55689" w14:textId="77777777">
        <w:trPr>
          <w:jc w:val="center"/>
        </w:trPr>
        <w:tc>
          <w:tcPr>
            <w:tcW w:w="2880" w:type="dxa"/>
          </w:tcPr>
          <w:p w14:paraId="71C71E0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7ED866BB" w14:textId="1F42FC3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EEA12F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65E3D624" w14:textId="77777777">
        <w:trPr>
          <w:jc w:val="center"/>
        </w:trPr>
        <w:tc>
          <w:tcPr>
            <w:tcW w:w="2880" w:type="dxa"/>
          </w:tcPr>
          <w:p w14:paraId="6D3574F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36D55EEE" w14:textId="0FD0927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2A7AEA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182C129C" w14:textId="77777777">
        <w:trPr>
          <w:jc w:val="center"/>
        </w:trPr>
        <w:tc>
          <w:tcPr>
            <w:tcW w:w="2880" w:type="dxa"/>
          </w:tcPr>
          <w:p w14:paraId="709B19F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0940E2DE" w14:textId="2D8F1EF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94C1E1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57C20DA9" w14:textId="77777777">
        <w:trPr>
          <w:jc w:val="center"/>
        </w:trPr>
        <w:tc>
          <w:tcPr>
            <w:tcW w:w="2880" w:type="dxa"/>
          </w:tcPr>
          <w:p w14:paraId="6DD2968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42E4B6AB" w14:textId="2ABF2F5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B4095D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1BC5FA5F" w14:textId="77777777">
        <w:trPr>
          <w:jc w:val="center"/>
        </w:trPr>
        <w:tc>
          <w:tcPr>
            <w:tcW w:w="2880" w:type="dxa"/>
          </w:tcPr>
          <w:p w14:paraId="4A92E61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00919DBB" w14:textId="3131DE1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D5CCA3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6CD279C8" w14:textId="77777777">
        <w:trPr>
          <w:jc w:val="center"/>
        </w:trPr>
        <w:tc>
          <w:tcPr>
            <w:tcW w:w="2880" w:type="dxa"/>
          </w:tcPr>
          <w:p w14:paraId="1522C67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722550D2" w14:textId="5BD9CEB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C9A76F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71748910" w14:textId="77777777">
        <w:trPr>
          <w:jc w:val="center"/>
        </w:trPr>
        <w:tc>
          <w:tcPr>
            <w:tcW w:w="2880" w:type="dxa"/>
          </w:tcPr>
          <w:p w14:paraId="6196D34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72337080" w14:textId="039858D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A6FE36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</w:tbl>
    <w:p w14:paraId="1EBB1B0F" w14:textId="77777777" w:rsidR="00BD1072" w:rsidRPr="00E731BD" w:rsidRDefault="00BD1072" w:rsidP="00E731BD">
      <w:pPr>
        <w:rPr>
          <w:sz w:val="20"/>
          <w:szCs w:val="20"/>
        </w:rPr>
      </w:pPr>
    </w:p>
    <w:p w14:paraId="0B09C5D3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4 - 20th October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551DBB5F" w14:textId="77777777">
        <w:trPr>
          <w:jc w:val="center"/>
        </w:trPr>
        <w:tc>
          <w:tcPr>
            <w:tcW w:w="2880" w:type="dxa"/>
          </w:tcPr>
          <w:p w14:paraId="10F6EC0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6BCA4B45" w14:textId="061FB54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AB677C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2C143FD6" w14:textId="77777777">
        <w:trPr>
          <w:jc w:val="center"/>
        </w:trPr>
        <w:tc>
          <w:tcPr>
            <w:tcW w:w="2880" w:type="dxa"/>
          </w:tcPr>
          <w:p w14:paraId="70AA208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49AF906C" w14:textId="47ACA21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F4458E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5E29D9C8" w14:textId="77777777">
        <w:trPr>
          <w:jc w:val="center"/>
        </w:trPr>
        <w:tc>
          <w:tcPr>
            <w:tcW w:w="2880" w:type="dxa"/>
          </w:tcPr>
          <w:p w14:paraId="1FE1B00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302A3091" w14:textId="63E8909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D95FD7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2CBA8201" w14:textId="77777777">
        <w:trPr>
          <w:jc w:val="center"/>
        </w:trPr>
        <w:tc>
          <w:tcPr>
            <w:tcW w:w="2880" w:type="dxa"/>
          </w:tcPr>
          <w:p w14:paraId="0694AAC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1068FF1F" w14:textId="2961125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71005C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4103D471" w14:textId="77777777">
        <w:trPr>
          <w:jc w:val="center"/>
        </w:trPr>
        <w:tc>
          <w:tcPr>
            <w:tcW w:w="2880" w:type="dxa"/>
          </w:tcPr>
          <w:p w14:paraId="0A1A2A9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28E1C977" w14:textId="74D7985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8FA9A7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37507FAB" w14:textId="77777777">
        <w:trPr>
          <w:jc w:val="center"/>
        </w:trPr>
        <w:tc>
          <w:tcPr>
            <w:tcW w:w="2880" w:type="dxa"/>
          </w:tcPr>
          <w:p w14:paraId="4AF9C26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6AA3AA9A" w14:textId="1304DA4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3D4D73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0015C6E1" w14:textId="77777777">
        <w:trPr>
          <w:jc w:val="center"/>
        </w:trPr>
        <w:tc>
          <w:tcPr>
            <w:tcW w:w="2880" w:type="dxa"/>
          </w:tcPr>
          <w:p w14:paraId="263E892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48217D2E" w14:textId="7E0CC1C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7CC34E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4A63CC59" w14:textId="77777777">
        <w:trPr>
          <w:jc w:val="center"/>
        </w:trPr>
        <w:tc>
          <w:tcPr>
            <w:tcW w:w="2880" w:type="dxa"/>
          </w:tcPr>
          <w:p w14:paraId="5E7B541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3C56ED73" w14:textId="2ED7A37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DE0212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</w:tbl>
    <w:p w14:paraId="71A358C2" w14:textId="77777777" w:rsidR="00BD1072" w:rsidRPr="00E731BD" w:rsidRDefault="00BD1072" w:rsidP="00E731BD">
      <w:pPr>
        <w:rPr>
          <w:sz w:val="20"/>
          <w:szCs w:val="20"/>
        </w:rPr>
      </w:pPr>
    </w:p>
    <w:p w14:paraId="2D188DDC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01C4BD12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2290EFEE" w14:textId="2207012C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5 - 27th October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7916526C" w14:textId="77777777">
        <w:trPr>
          <w:jc w:val="center"/>
        </w:trPr>
        <w:tc>
          <w:tcPr>
            <w:tcW w:w="2880" w:type="dxa"/>
          </w:tcPr>
          <w:p w14:paraId="2D51553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243E7A45" w14:textId="2D535D3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BE55C6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5F9C99C4" w14:textId="77777777">
        <w:trPr>
          <w:jc w:val="center"/>
        </w:trPr>
        <w:tc>
          <w:tcPr>
            <w:tcW w:w="2880" w:type="dxa"/>
          </w:tcPr>
          <w:p w14:paraId="6865013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05ED01FD" w14:textId="12FBC7E9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071FA4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37F183F4" w14:textId="77777777">
        <w:trPr>
          <w:jc w:val="center"/>
        </w:trPr>
        <w:tc>
          <w:tcPr>
            <w:tcW w:w="2880" w:type="dxa"/>
          </w:tcPr>
          <w:p w14:paraId="15C3D1C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14540734" w14:textId="51FB7E7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6A5210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07BDDFDF" w14:textId="77777777">
        <w:trPr>
          <w:jc w:val="center"/>
        </w:trPr>
        <w:tc>
          <w:tcPr>
            <w:tcW w:w="2880" w:type="dxa"/>
          </w:tcPr>
          <w:p w14:paraId="4760034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496A9A40" w14:textId="75C66F6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9AC72D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4F3D77B9" w14:textId="77777777">
        <w:trPr>
          <w:jc w:val="center"/>
        </w:trPr>
        <w:tc>
          <w:tcPr>
            <w:tcW w:w="2880" w:type="dxa"/>
          </w:tcPr>
          <w:p w14:paraId="1A4231F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7883EDA1" w14:textId="22FC217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84020F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38984251" w14:textId="77777777">
        <w:trPr>
          <w:jc w:val="center"/>
        </w:trPr>
        <w:tc>
          <w:tcPr>
            <w:tcW w:w="2880" w:type="dxa"/>
          </w:tcPr>
          <w:p w14:paraId="0426E5E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634D8AE7" w14:textId="24A04A4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0D6B98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5A2D95F0" w14:textId="77777777">
        <w:trPr>
          <w:jc w:val="center"/>
        </w:trPr>
        <w:tc>
          <w:tcPr>
            <w:tcW w:w="2880" w:type="dxa"/>
          </w:tcPr>
          <w:p w14:paraId="4434E1D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3BC8A25D" w14:textId="6962849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B09988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751341F9" w14:textId="77777777">
        <w:trPr>
          <w:jc w:val="center"/>
        </w:trPr>
        <w:tc>
          <w:tcPr>
            <w:tcW w:w="2880" w:type="dxa"/>
          </w:tcPr>
          <w:p w14:paraId="21DDEDA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59F40FB7" w14:textId="1B400E5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30BC1B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</w:tbl>
    <w:p w14:paraId="7ED6EC02" w14:textId="77777777" w:rsidR="00BD1072" w:rsidRPr="00E731BD" w:rsidRDefault="00BD1072" w:rsidP="00E731BD">
      <w:pPr>
        <w:rPr>
          <w:sz w:val="20"/>
          <w:szCs w:val="20"/>
        </w:rPr>
      </w:pPr>
    </w:p>
    <w:p w14:paraId="162917EB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6 - 3rd November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5020ED14" w14:textId="77777777">
        <w:trPr>
          <w:jc w:val="center"/>
        </w:trPr>
        <w:tc>
          <w:tcPr>
            <w:tcW w:w="2880" w:type="dxa"/>
          </w:tcPr>
          <w:p w14:paraId="41874A5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7E3BDFBE" w14:textId="53BFDD2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A036AB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44643DF6" w14:textId="77777777">
        <w:trPr>
          <w:jc w:val="center"/>
        </w:trPr>
        <w:tc>
          <w:tcPr>
            <w:tcW w:w="2880" w:type="dxa"/>
          </w:tcPr>
          <w:p w14:paraId="1A33FDD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579F132D" w14:textId="6002F5A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CAF83E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71066B8C" w14:textId="77777777">
        <w:trPr>
          <w:jc w:val="center"/>
        </w:trPr>
        <w:tc>
          <w:tcPr>
            <w:tcW w:w="2880" w:type="dxa"/>
          </w:tcPr>
          <w:p w14:paraId="54A9E8A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154FF451" w14:textId="66AE92A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75C752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717B4110" w14:textId="77777777">
        <w:trPr>
          <w:jc w:val="center"/>
        </w:trPr>
        <w:tc>
          <w:tcPr>
            <w:tcW w:w="2880" w:type="dxa"/>
          </w:tcPr>
          <w:p w14:paraId="1E58BDA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4D70FA80" w14:textId="04F4DAC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246CEE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6707652F" w14:textId="77777777">
        <w:trPr>
          <w:jc w:val="center"/>
        </w:trPr>
        <w:tc>
          <w:tcPr>
            <w:tcW w:w="2880" w:type="dxa"/>
          </w:tcPr>
          <w:p w14:paraId="207BECE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4D3C9F5B" w14:textId="3A4C8D7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9BA317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04F193FF" w14:textId="77777777">
        <w:trPr>
          <w:jc w:val="center"/>
        </w:trPr>
        <w:tc>
          <w:tcPr>
            <w:tcW w:w="2880" w:type="dxa"/>
          </w:tcPr>
          <w:p w14:paraId="21C1B19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1EC5B3F6" w14:textId="1D947BF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195A54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7CACF05F" w14:textId="77777777">
        <w:trPr>
          <w:jc w:val="center"/>
        </w:trPr>
        <w:tc>
          <w:tcPr>
            <w:tcW w:w="2880" w:type="dxa"/>
          </w:tcPr>
          <w:p w14:paraId="42C747E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721E071D" w14:textId="7EAB632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503C51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631834C3" w14:textId="77777777">
        <w:trPr>
          <w:jc w:val="center"/>
        </w:trPr>
        <w:tc>
          <w:tcPr>
            <w:tcW w:w="2880" w:type="dxa"/>
          </w:tcPr>
          <w:p w14:paraId="118E77B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2194074B" w14:textId="05328A7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6E8913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</w:tbl>
    <w:p w14:paraId="32ACFCC0" w14:textId="77777777" w:rsidR="00BD1072" w:rsidRPr="00E731BD" w:rsidRDefault="00BD1072" w:rsidP="00E731BD">
      <w:pPr>
        <w:rPr>
          <w:sz w:val="20"/>
          <w:szCs w:val="20"/>
        </w:rPr>
      </w:pPr>
    </w:p>
    <w:p w14:paraId="31691869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7 - 10th November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0D434784" w14:textId="77777777">
        <w:trPr>
          <w:jc w:val="center"/>
        </w:trPr>
        <w:tc>
          <w:tcPr>
            <w:tcW w:w="2880" w:type="dxa"/>
          </w:tcPr>
          <w:p w14:paraId="27DA32A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78D55D6B" w14:textId="02126ED9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C6DD9A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518FCA25" w14:textId="77777777">
        <w:trPr>
          <w:jc w:val="center"/>
        </w:trPr>
        <w:tc>
          <w:tcPr>
            <w:tcW w:w="2880" w:type="dxa"/>
          </w:tcPr>
          <w:p w14:paraId="691B4BB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5735D273" w14:textId="7B87C0C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6D76D7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0A41DBF9" w14:textId="77777777">
        <w:trPr>
          <w:jc w:val="center"/>
        </w:trPr>
        <w:tc>
          <w:tcPr>
            <w:tcW w:w="2880" w:type="dxa"/>
          </w:tcPr>
          <w:p w14:paraId="144ACBB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14757F33" w14:textId="409EFDA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A9D93F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137AE90E" w14:textId="77777777">
        <w:trPr>
          <w:jc w:val="center"/>
        </w:trPr>
        <w:tc>
          <w:tcPr>
            <w:tcW w:w="2880" w:type="dxa"/>
          </w:tcPr>
          <w:p w14:paraId="1BA09B5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7B739E02" w14:textId="7A41550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D81B14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47735AA3" w14:textId="77777777">
        <w:trPr>
          <w:jc w:val="center"/>
        </w:trPr>
        <w:tc>
          <w:tcPr>
            <w:tcW w:w="2880" w:type="dxa"/>
          </w:tcPr>
          <w:p w14:paraId="6D4B860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05612FAF" w14:textId="5187985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C6EF32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4BE2399D" w14:textId="77777777">
        <w:trPr>
          <w:jc w:val="center"/>
        </w:trPr>
        <w:tc>
          <w:tcPr>
            <w:tcW w:w="2880" w:type="dxa"/>
          </w:tcPr>
          <w:p w14:paraId="2F690B0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6BD940B8" w14:textId="69D3427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894B4A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4CBAE29E" w14:textId="77777777">
        <w:trPr>
          <w:jc w:val="center"/>
        </w:trPr>
        <w:tc>
          <w:tcPr>
            <w:tcW w:w="2880" w:type="dxa"/>
          </w:tcPr>
          <w:p w14:paraId="40C90D8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7C19F266" w14:textId="787074E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A752FE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09A4CD0F" w14:textId="77777777">
        <w:trPr>
          <w:jc w:val="center"/>
        </w:trPr>
        <w:tc>
          <w:tcPr>
            <w:tcW w:w="2880" w:type="dxa"/>
          </w:tcPr>
          <w:p w14:paraId="3894A85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3A0B868C" w14:textId="45D4075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7357A6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</w:tbl>
    <w:p w14:paraId="125B688E" w14:textId="77777777" w:rsidR="00BD1072" w:rsidRPr="00E731BD" w:rsidRDefault="00BD1072" w:rsidP="00E731BD">
      <w:pPr>
        <w:rPr>
          <w:sz w:val="20"/>
          <w:szCs w:val="20"/>
        </w:rPr>
      </w:pPr>
    </w:p>
    <w:p w14:paraId="57C6DA97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8 - 17th November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4D5D3FA1" w14:textId="77777777">
        <w:trPr>
          <w:jc w:val="center"/>
        </w:trPr>
        <w:tc>
          <w:tcPr>
            <w:tcW w:w="2880" w:type="dxa"/>
          </w:tcPr>
          <w:p w14:paraId="02BCA5E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1A34661B" w14:textId="41CFE2A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73DEA9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6C051449" w14:textId="77777777">
        <w:trPr>
          <w:jc w:val="center"/>
        </w:trPr>
        <w:tc>
          <w:tcPr>
            <w:tcW w:w="2880" w:type="dxa"/>
          </w:tcPr>
          <w:p w14:paraId="0D5ED3B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09EDC1BF" w14:textId="7805130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12E65D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13D0E832" w14:textId="77777777">
        <w:trPr>
          <w:jc w:val="center"/>
        </w:trPr>
        <w:tc>
          <w:tcPr>
            <w:tcW w:w="2880" w:type="dxa"/>
          </w:tcPr>
          <w:p w14:paraId="19E81D0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78AF235B" w14:textId="4607988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1EC5DA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0144CC07" w14:textId="77777777">
        <w:trPr>
          <w:jc w:val="center"/>
        </w:trPr>
        <w:tc>
          <w:tcPr>
            <w:tcW w:w="2880" w:type="dxa"/>
          </w:tcPr>
          <w:p w14:paraId="50687FA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53F54FE7" w14:textId="48E1430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50739E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3CA99A12" w14:textId="77777777">
        <w:trPr>
          <w:jc w:val="center"/>
        </w:trPr>
        <w:tc>
          <w:tcPr>
            <w:tcW w:w="2880" w:type="dxa"/>
          </w:tcPr>
          <w:p w14:paraId="4753E71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78D5EA59" w14:textId="1CCD485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18C411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1BA668DC" w14:textId="77777777">
        <w:trPr>
          <w:jc w:val="center"/>
        </w:trPr>
        <w:tc>
          <w:tcPr>
            <w:tcW w:w="2880" w:type="dxa"/>
          </w:tcPr>
          <w:p w14:paraId="51887D6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7C3FC297" w14:textId="1868651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519037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12D6B25E" w14:textId="77777777">
        <w:trPr>
          <w:jc w:val="center"/>
        </w:trPr>
        <w:tc>
          <w:tcPr>
            <w:tcW w:w="2880" w:type="dxa"/>
          </w:tcPr>
          <w:p w14:paraId="5A11931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6F44CB05" w14:textId="1A0BB4F9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D2D6DB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2FE1D93F" w14:textId="77777777">
        <w:trPr>
          <w:jc w:val="center"/>
        </w:trPr>
        <w:tc>
          <w:tcPr>
            <w:tcW w:w="2880" w:type="dxa"/>
          </w:tcPr>
          <w:p w14:paraId="51856C0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068F3FDD" w14:textId="4FA7E20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091AE8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</w:tbl>
    <w:p w14:paraId="06581C0F" w14:textId="77777777" w:rsidR="00BD1072" w:rsidRPr="00E731BD" w:rsidRDefault="00BD1072" w:rsidP="00E731BD">
      <w:pPr>
        <w:rPr>
          <w:sz w:val="20"/>
          <w:szCs w:val="20"/>
        </w:rPr>
      </w:pPr>
    </w:p>
    <w:p w14:paraId="5D49AF75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2DA603AD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7D391A93" w14:textId="6EDCF4BE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lastRenderedPageBreak/>
        <w:t>Week 9 - 24th November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63171DC8" w14:textId="77777777">
        <w:trPr>
          <w:jc w:val="center"/>
        </w:trPr>
        <w:tc>
          <w:tcPr>
            <w:tcW w:w="2880" w:type="dxa"/>
          </w:tcPr>
          <w:p w14:paraId="12BD834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0B61D04D" w14:textId="305A3F6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280D27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4F681F33" w14:textId="77777777">
        <w:trPr>
          <w:jc w:val="center"/>
        </w:trPr>
        <w:tc>
          <w:tcPr>
            <w:tcW w:w="2880" w:type="dxa"/>
          </w:tcPr>
          <w:p w14:paraId="08DE79D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59F5146E" w14:textId="389B81D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A1DAC4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08B671AF" w14:textId="77777777">
        <w:trPr>
          <w:jc w:val="center"/>
        </w:trPr>
        <w:tc>
          <w:tcPr>
            <w:tcW w:w="2880" w:type="dxa"/>
          </w:tcPr>
          <w:p w14:paraId="6881D2D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5781C6B0" w14:textId="1C906B2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8B0263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05856F34" w14:textId="77777777">
        <w:trPr>
          <w:jc w:val="center"/>
        </w:trPr>
        <w:tc>
          <w:tcPr>
            <w:tcW w:w="2880" w:type="dxa"/>
          </w:tcPr>
          <w:p w14:paraId="5A34036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1873E63B" w14:textId="388A5C1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1542E6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0C8802BC" w14:textId="77777777">
        <w:trPr>
          <w:jc w:val="center"/>
        </w:trPr>
        <w:tc>
          <w:tcPr>
            <w:tcW w:w="2880" w:type="dxa"/>
          </w:tcPr>
          <w:p w14:paraId="6B07D76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26E0AA59" w14:textId="2BD6203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3F3D6E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508C55CB" w14:textId="77777777">
        <w:trPr>
          <w:jc w:val="center"/>
        </w:trPr>
        <w:tc>
          <w:tcPr>
            <w:tcW w:w="2880" w:type="dxa"/>
          </w:tcPr>
          <w:p w14:paraId="58DD9D3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48E54CA7" w14:textId="14D98A8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FBA7E4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1C62F71D" w14:textId="77777777">
        <w:trPr>
          <w:jc w:val="center"/>
        </w:trPr>
        <w:tc>
          <w:tcPr>
            <w:tcW w:w="2880" w:type="dxa"/>
          </w:tcPr>
          <w:p w14:paraId="32C4365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2C64BF02" w14:textId="753593F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00073B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6FCB7B8F" w14:textId="77777777">
        <w:trPr>
          <w:jc w:val="center"/>
        </w:trPr>
        <w:tc>
          <w:tcPr>
            <w:tcW w:w="2880" w:type="dxa"/>
          </w:tcPr>
          <w:p w14:paraId="1BAED4A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1D20B83A" w14:textId="52DCD27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B484D5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</w:tbl>
    <w:p w14:paraId="6C501A4D" w14:textId="77777777" w:rsidR="00BD1072" w:rsidRPr="00E731BD" w:rsidRDefault="00BD1072" w:rsidP="00E731BD">
      <w:pPr>
        <w:rPr>
          <w:sz w:val="20"/>
          <w:szCs w:val="20"/>
        </w:rPr>
      </w:pPr>
    </w:p>
    <w:p w14:paraId="580DF7D4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10 - 1st December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7B30CF3C" w14:textId="77777777">
        <w:trPr>
          <w:jc w:val="center"/>
        </w:trPr>
        <w:tc>
          <w:tcPr>
            <w:tcW w:w="2880" w:type="dxa"/>
          </w:tcPr>
          <w:p w14:paraId="2AE9639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569EA76B" w14:textId="5EB88EE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F898E9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6E8B5B43" w14:textId="77777777">
        <w:trPr>
          <w:jc w:val="center"/>
        </w:trPr>
        <w:tc>
          <w:tcPr>
            <w:tcW w:w="2880" w:type="dxa"/>
          </w:tcPr>
          <w:p w14:paraId="1A8B257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6728F2A9" w14:textId="3FF41A5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8F2329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2BB0A022" w14:textId="77777777">
        <w:trPr>
          <w:jc w:val="center"/>
        </w:trPr>
        <w:tc>
          <w:tcPr>
            <w:tcW w:w="2880" w:type="dxa"/>
          </w:tcPr>
          <w:p w14:paraId="7339111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6F50E9EE" w14:textId="7F8A333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E2B3C2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18467116" w14:textId="77777777">
        <w:trPr>
          <w:jc w:val="center"/>
        </w:trPr>
        <w:tc>
          <w:tcPr>
            <w:tcW w:w="2880" w:type="dxa"/>
          </w:tcPr>
          <w:p w14:paraId="31FBEFA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29258F18" w14:textId="66053D8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0EF52C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038064E1" w14:textId="77777777">
        <w:trPr>
          <w:jc w:val="center"/>
        </w:trPr>
        <w:tc>
          <w:tcPr>
            <w:tcW w:w="2880" w:type="dxa"/>
          </w:tcPr>
          <w:p w14:paraId="616D0A9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2F3C4C80" w14:textId="6369300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74F97D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1E36380C" w14:textId="77777777">
        <w:trPr>
          <w:jc w:val="center"/>
        </w:trPr>
        <w:tc>
          <w:tcPr>
            <w:tcW w:w="2880" w:type="dxa"/>
          </w:tcPr>
          <w:p w14:paraId="6FAABC7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040C1771" w14:textId="79B0C54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EEBFC2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0D961AAC" w14:textId="77777777">
        <w:trPr>
          <w:jc w:val="center"/>
        </w:trPr>
        <w:tc>
          <w:tcPr>
            <w:tcW w:w="2880" w:type="dxa"/>
          </w:tcPr>
          <w:p w14:paraId="2110D4D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1DC20397" w14:textId="5690E98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710764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3979E70A" w14:textId="77777777">
        <w:trPr>
          <w:jc w:val="center"/>
        </w:trPr>
        <w:tc>
          <w:tcPr>
            <w:tcW w:w="2880" w:type="dxa"/>
          </w:tcPr>
          <w:p w14:paraId="5289F7A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11EE79DE" w14:textId="23BB8C8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4C5F5F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</w:tbl>
    <w:p w14:paraId="14A12A1A" w14:textId="77777777" w:rsidR="00BD1072" w:rsidRPr="00E731BD" w:rsidRDefault="00BD1072" w:rsidP="00E731BD">
      <w:pPr>
        <w:rPr>
          <w:sz w:val="20"/>
          <w:szCs w:val="20"/>
        </w:rPr>
      </w:pPr>
    </w:p>
    <w:p w14:paraId="05D8D528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11 - 8th December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1B9335F6" w14:textId="77777777">
        <w:trPr>
          <w:jc w:val="center"/>
        </w:trPr>
        <w:tc>
          <w:tcPr>
            <w:tcW w:w="2880" w:type="dxa"/>
          </w:tcPr>
          <w:p w14:paraId="6A760B5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4D9ED297" w14:textId="78048C7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101C29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703E7469" w14:textId="77777777">
        <w:trPr>
          <w:jc w:val="center"/>
        </w:trPr>
        <w:tc>
          <w:tcPr>
            <w:tcW w:w="2880" w:type="dxa"/>
          </w:tcPr>
          <w:p w14:paraId="7989D1B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373E5D66" w14:textId="22B4D61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E91F3A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3CBFBC94" w14:textId="77777777">
        <w:trPr>
          <w:jc w:val="center"/>
        </w:trPr>
        <w:tc>
          <w:tcPr>
            <w:tcW w:w="2880" w:type="dxa"/>
          </w:tcPr>
          <w:p w14:paraId="2704D97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001713FB" w14:textId="596A00B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06639B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5B07256A" w14:textId="77777777">
        <w:trPr>
          <w:jc w:val="center"/>
        </w:trPr>
        <w:tc>
          <w:tcPr>
            <w:tcW w:w="2880" w:type="dxa"/>
          </w:tcPr>
          <w:p w14:paraId="22B23E4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2B0BAFCA" w14:textId="6AFF167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A63A03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2501B6A3" w14:textId="77777777">
        <w:trPr>
          <w:jc w:val="center"/>
        </w:trPr>
        <w:tc>
          <w:tcPr>
            <w:tcW w:w="2880" w:type="dxa"/>
          </w:tcPr>
          <w:p w14:paraId="3C334B0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16D1CDCB" w14:textId="2CD8B90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9D0A97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1EE0DA42" w14:textId="77777777">
        <w:trPr>
          <w:jc w:val="center"/>
        </w:trPr>
        <w:tc>
          <w:tcPr>
            <w:tcW w:w="2880" w:type="dxa"/>
          </w:tcPr>
          <w:p w14:paraId="4DC8497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17B7CB5A" w14:textId="2117B22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101031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103FB413" w14:textId="77777777">
        <w:trPr>
          <w:jc w:val="center"/>
        </w:trPr>
        <w:tc>
          <w:tcPr>
            <w:tcW w:w="2880" w:type="dxa"/>
          </w:tcPr>
          <w:p w14:paraId="3321D95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349BA8E6" w14:textId="129B8BD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2AB49E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7B29A318" w14:textId="77777777">
        <w:trPr>
          <w:jc w:val="center"/>
        </w:trPr>
        <w:tc>
          <w:tcPr>
            <w:tcW w:w="2880" w:type="dxa"/>
          </w:tcPr>
          <w:p w14:paraId="76EBE3B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528BC0C4" w14:textId="413FC49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66EFE9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</w:tbl>
    <w:p w14:paraId="0762D16C" w14:textId="77777777" w:rsidR="00BD1072" w:rsidRPr="00E731BD" w:rsidRDefault="00BD1072" w:rsidP="00E731BD">
      <w:pPr>
        <w:rPr>
          <w:sz w:val="20"/>
          <w:szCs w:val="20"/>
        </w:rPr>
      </w:pPr>
    </w:p>
    <w:p w14:paraId="7508DFE4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12 - 15th December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0E1D87A4" w14:textId="77777777">
        <w:trPr>
          <w:jc w:val="center"/>
        </w:trPr>
        <w:tc>
          <w:tcPr>
            <w:tcW w:w="2880" w:type="dxa"/>
          </w:tcPr>
          <w:p w14:paraId="70822ED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4D4C594E" w14:textId="552B44B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50AE5C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050E9D6F" w14:textId="77777777">
        <w:trPr>
          <w:jc w:val="center"/>
        </w:trPr>
        <w:tc>
          <w:tcPr>
            <w:tcW w:w="2880" w:type="dxa"/>
          </w:tcPr>
          <w:p w14:paraId="1DE9669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1E115153" w14:textId="7A2C286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969A5E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6A2D4F7B" w14:textId="77777777">
        <w:trPr>
          <w:jc w:val="center"/>
        </w:trPr>
        <w:tc>
          <w:tcPr>
            <w:tcW w:w="2880" w:type="dxa"/>
          </w:tcPr>
          <w:p w14:paraId="1CBA713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3796D055" w14:textId="3342128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FC315E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150B624F" w14:textId="77777777">
        <w:trPr>
          <w:jc w:val="center"/>
        </w:trPr>
        <w:tc>
          <w:tcPr>
            <w:tcW w:w="2880" w:type="dxa"/>
          </w:tcPr>
          <w:p w14:paraId="674F23D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621E8FC6" w14:textId="7E36C7E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97E804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2AFA9207" w14:textId="77777777">
        <w:trPr>
          <w:jc w:val="center"/>
        </w:trPr>
        <w:tc>
          <w:tcPr>
            <w:tcW w:w="2880" w:type="dxa"/>
          </w:tcPr>
          <w:p w14:paraId="70C72D9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242DD3BA" w14:textId="66085C6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D204B6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4BA72468" w14:textId="77777777">
        <w:trPr>
          <w:jc w:val="center"/>
        </w:trPr>
        <w:tc>
          <w:tcPr>
            <w:tcW w:w="2880" w:type="dxa"/>
          </w:tcPr>
          <w:p w14:paraId="69C0F2E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2A346CE1" w14:textId="718A1FE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841B41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6C071AD4" w14:textId="77777777">
        <w:trPr>
          <w:jc w:val="center"/>
        </w:trPr>
        <w:tc>
          <w:tcPr>
            <w:tcW w:w="2880" w:type="dxa"/>
          </w:tcPr>
          <w:p w14:paraId="662C974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57B35A8D" w14:textId="6CAE9D4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6A5A71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7F066E30" w14:textId="77777777">
        <w:trPr>
          <w:jc w:val="center"/>
        </w:trPr>
        <w:tc>
          <w:tcPr>
            <w:tcW w:w="2880" w:type="dxa"/>
          </w:tcPr>
          <w:p w14:paraId="679D272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12F50CC5" w14:textId="500474C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DF79B1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</w:tbl>
    <w:p w14:paraId="34BE32A8" w14:textId="77777777" w:rsidR="00BD1072" w:rsidRPr="00E731BD" w:rsidRDefault="00BD1072" w:rsidP="00E731BD">
      <w:pPr>
        <w:rPr>
          <w:sz w:val="20"/>
          <w:szCs w:val="20"/>
        </w:rPr>
      </w:pPr>
    </w:p>
    <w:p w14:paraId="5D560470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214E40A1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1E15940E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1DB756B1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7FAA1D63" w14:textId="3CDDA2B2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13 - 5th January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68820599" w14:textId="77777777">
        <w:trPr>
          <w:jc w:val="center"/>
        </w:trPr>
        <w:tc>
          <w:tcPr>
            <w:tcW w:w="2880" w:type="dxa"/>
          </w:tcPr>
          <w:p w14:paraId="3C364E4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0A67038B" w14:textId="6D17317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CFFB2F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07A6C58C" w14:textId="77777777">
        <w:trPr>
          <w:jc w:val="center"/>
        </w:trPr>
        <w:tc>
          <w:tcPr>
            <w:tcW w:w="2880" w:type="dxa"/>
          </w:tcPr>
          <w:p w14:paraId="5F1DA42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0F30849B" w14:textId="3E3FBF6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35BE68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54040F31" w14:textId="77777777">
        <w:trPr>
          <w:jc w:val="center"/>
        </w:trPr>
        <w:tc>
          <w:tcPr>
            <w:tcW w:w="2880" w:type="dxa"/>
          </w:tcPr>
          <w:p w14:paraId="23F547C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13D0694E" w14:textId="3A90C68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D64830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0E853DC6" w14:textId="77777777">
        <w:trPr>
          <w:jc w:val="center"/>
        </w:trPr>
        <w:tc>
          <w:tcPr>
            <w:tcW w:w="2880" w:type="dxa"/>
          </w:tcPr>
          <w:p w14:paraId="3AC7AE9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1982480D" w14:textId="23F1445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612E91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5D4421A1" w14:textId="77777777">
        <w:trPr>
          <w:jc w:val="center"/>
        </w:trPr>
        <w:tc>
          <w:tcPr>
            <w:tcW w:w="2880" w:type="dxa"/>
          </w:tcPr>
          <w:p w14:paraId="289F98A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0DB09365" w14:textId="5FF6554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A1330C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66680A40" w14:textId="77777777">
        <w:trPr>
          <w:jc w:val="center"/>
        </w:trPr>
        <w:tc>
          <w:tcPr>
            <w:tcW w:w="2880" w:type="dxa"/>
          </w:tcPr>
          <w:p w14:paraId="19CB12A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1E9853FC" w14:textId="173024C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4DABBE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3D42F061" w14:textId="77777777">
        <w:trPr>
          <w:jc w:val="center"/>
        </w:trPr>
        <w:tc>
          <w:tcPr>
            <w:tcW w:w="2880" w:type="dxa"/>
          </w:tcPr>
          <w:p w14:paraId="405E17F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74CA029E" w14:textId="617F117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4D367D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00486E09" w14:textId="77777777">
        <w:trPr>
          <w:jc w:val="center"/>
        </w:trPr>
        <w:tc>
          <w:tcPr>
            <w:tcW w:w="2880" w:type="dxa"/>
          </w:tcPr>
          <w:p w14:paraId="4C0C943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199E5600" w14:textId="2AD1EA0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A55FFE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</w:tbl>
    <w:p w14:paraId="75B20C8F" w14:textId="77777777" w:rsidR="00BD1072" w:rsidRPr="00E731BD" w:rsidRDefault="00BD1072" w:rsidP="00E731BD">
      <w:pPr>
        <w:rPr>
          <w:sz w:val="20"/>
          <w:szCs w:val="20"/>
        </w:rPr>
      </w:pPr>
    </w:p>
    <w:p w14:paraId="4A98BA1E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14 - 12th January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72DB77B4" w14:textId="77777777">
        <w:trPr>
          <w:jc w:val="center"/>
        </w:trPr>
        <w:tc>
          <w:tcPr>
            <w:tcW w:w="2880" w:type="dxa"/>
          </w:tcPr>
          <w:p w14:paraId="6028F5F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1E7152EF" w14:textId="50C4B75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C876FD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714A1EAB" w14:textId="77777777">
        <w:trPr>
          <w:jc w:val="center"/>
        </w:trPr>
        <w:tc>
          <w:tcPr>
            <w:tcW w:w="2880" w:type="dxa"/>
          </w:tcPr>
          <w:p w14:paraId="688C2F7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650705C2" w14:textId="69390BB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974CF8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60963742" w14:textId="77777777">
        <w:trPr>
          <w:jc w:val="center"/>
        </w:trPr>
        <w:tc>
          <w:tcPr>
            <w:tcW w:w="2880" w:type="dxa"/>
          </w:tcPr>
          <w:p w14:paraId="438781E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408F5774" w14:textId="5F2A58F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61AE37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5E67D49F" w14:textId="77777777">
        <w:trPr>
          <w:jc w:val="center"/>
        </w:trPr>
        <w:tc>
          <w:tcPr>
            <w:tcW w:w="2880" w:type="dxa"/>
          </w:tcPr>
          <w:p w14:paraId="7DD2BAA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1850D85E" w14:textId="6EEFE07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0894D4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38489BF1" w14:textId="77777777">
        <w:trPr>
          <w:jc w:val="center"/>
        </w:trPr>
        <w:tc>
          <w:tcPr>
            <w:tcW w:w="2880" w:type="dxa"/>
          </w:tcPr>
          <w:p w14:paraId="5054BA9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5D872319" w14:textId="401D722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45A53A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3A0A53D0" w14:textId="77777777">
        <w:trPr>
          <w:jc w:val="center"/>
        </w:trPr>
        <w:tc>
          <w:tcPr>
            <w:tcW w:w="2880" w:type="dxa"/>
          </w:tcPr>
          <w:p w14:paraId="549337B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2ECCD559" w14:textId="7F4F3779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32192D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392E671D" w14:textId="77777777">
        <w:trPr>
          <w:jc w:val="center"/>
        </w:trPr>
        <w:tc>
          <w:tcPr>
            <w:tcW w:w="2880" w:type="dxa"/>
          </w:tcPr>
          <w:p w14:paraId="393E1E0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1F126CED" w14:textId="0CABF18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0E9820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3C5E590A" w14:textId="77777777">
        <w:trPr>
          <w:jc w:val="center"/>
        </w:trPr>
        <w:tc>
          <w:tcPr>
            <w:tcW w:w="2880" w:type="dxa"/>
          </w:tcPr>
          <w:p w14:paraId="4436A73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7FB8CC9A" w14:textId="28A1493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F8E2CE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</w:tbl>
    <w:p w14:paraId="0A8A9F7D" w14:textId="77777777" w:rsidR="00BD1072" w:rsidRPr="00E731BD" w:rsidRDefault="00BD1072" w:rsidP="00E731BD">
      <w:pPr>
        <w:rPr>
          <w:sz w:val="20"/>
          <w:szCs w:val="20"/>
        </w:rPr>
      </w:pPr>
    </w:p>
    <w:p w14:paraId="03154380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15 - 19th January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3AAC8A09" w14:textId="77777777">
        <w:trPr>
          <w:jc w:val="center"/>
        </w:trPr>
        <w:tc>
          <w:tcPr>
            <w:tcW w:w="2880" w:type="dxa"/>
          </w:tcPr>
          <w:p w14:paraId="61CB24B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494D836A" w14:textId="0608BBF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DB743B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454ADB1A" w14:textId="77777777">
        <w:trPr>
          <w:jc w:val="center"/>
        </w:trPr>
        <w:tc>
          <w:tcPr>
            <w:tcW w:w="2880" w:type="dxa"/>
          </w:tcPr>
          <w:p w14:paraId="08383F9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70ECE9F5" w14:textId="193F547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BD8553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59819E82" w14:textId="77777777">
        <w:trPr>
          <w:jc w:val="center"/>
        </w:trPr>
        <w:tc>
          <w:tcPr>
            <w:tcW w:w="2880" w:type="dxa"/>
          </w:tcPr>
          <w:p w14:paraId="63C45B6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7EF3218E" w14:textId="3877E39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05B4C0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426A55F0" w14:textId="77777777">
        <w:trPr>
          <w:jc w:val="center"/>
        </w:trPr>
        <w:tc>
          <w:tcPr>
            <w:tcW w:w="2880" w:type="dxa"/>
          </w:tcPr>
          <w:p w14:paraId="5CAAD0D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201BC737" w14:textId="135A9E2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4B6586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37FD556D" w14:textId="77777777">
        <w:trPr>
          <w:jc w:val="center"/>
        </w:trPr>
        <w:tc>
          <w:tcPr>
            <w:tcW w:w="2880" w:type="dxa"/>
          </w:tcPr>
          <w:p w14:paraId="046FAEF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4B97AD84" w14:textId="551B22C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4E889D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4C073F22" w14:textId="77777777">
        <w:trPr>
          <w:jc w:val="center"/>
        </w:trPr>
        <w:tc>
          <w:tcPr>
            <w:tcW w:w="2880" w:type="dxa"/>
          </w:tcPr>
          <w:p w14:paraId="0CC2F94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2EE23253" w14:textId="002D0C7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6B1549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26175D5B" w14:textId="77777777">
        <w:trPr>
          <w:jc w:val="center"/>
        </w:trPr>
        <w:tc>
          <w:tcPr>
            <w:tcW w:w="2880" w:type="dxa"/>
          </w:tcPr>
          <w:p w14:paraId="4D0DD51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26B5AA9B" w14:textId="68AF55D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25EB37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174D1C81" w14:textId="77777777">
        <w:trPr>
          <w:jc w:val="center"/>
        </w:trPr>
        <w:tc>
          <w:tcPr>
            <w:tcW w:w="2880" w:type="dxa"/>
          </w:tcPr>
          <w:p w14:paraId="69653B5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6BA20C76" w14:textId="55F7D7B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2C4E9E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</w:tbl>
    <w:p w14:paraId="044B4A72" w14:textId="77777777" w:rsidR="00BD1072" w:rsidRPr="00E731BD" w:rsidRDefault="00BD1072" w:rsidP="00E731BD">
      <w:pPr>
        <w:rPr>
          <w:sz w:val="20"/>
          <w:szCs w:val="20"/>
        </w:rPr>
      </w:pPr>
    </w:p>
    <w:p w14:paraId="5773B920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16 - 26th January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296466F3" w14:textId="77777777">
        <w:trPr>
          <w:jc w:val="center"/>
        </w:trPr>
        <w:tc>
          <w:tcPr>
            <w:tcW w:w="2880" w:type="dxa"/>
          </w:tcPr>
          <w:p w14:paraId="0D91E5E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312EA51E" w14:textId="018F3C5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581389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20302B68" w14:textId="77777777">
        <w:trPr>
          <w:jc w:val="center"/>
        </w:trPr>
        <w:tc>
          <w:tcPr>
            <w:tcW w:w="2880" w:type="dxa"/>
          </w:tcPr>
          <w:p w14:paraId="0BCE424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02D295DD" w14:textId="078F1EE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3CBE57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70D29314" w14:textId="77777777">
        <w:trPr>
          <w:jc w:val="center"/>
        </w:trPr>
        <w:tc>
          <w:tcPr>
            <w:tcW w:w="2880" w:type="dxa"/>
          </w:tcPr>
          <w:p w14:paraId="72FDFF5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153955D2" w14:textId="551FAD4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39E092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245F94D7" w14:textId="77777777">
        <w:trPr>
          <w:jc w:val="center"/>
        </w:trPr>
        <w:tc>
          <w:tcPr>
            <w:tcW w:w="2880" w:type="dxa"/>
          </w:tcPr>
          <w:p w14:paraId="59616C0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097991C6" w14:textId="3D00FD6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7DA14E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5F2970B7" w14:textId="77777777">
        <w:trPr>
          <w:jc w:val="center"/>
        </w:trPr>
        <w:tc>
          <w:tcPr>
            <w:tcW w:w="2880" w:type="dxa"/>
          </w:tcPr>
          <w:p w14:paraId="01DDD02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3588208C" w14:textId="399B441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255584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1053AB77" w14:textId="77777777">
        <w:trPr>
          <w:jc w:val="center"/>
        </w:trPr>
        <w:tc>
          <w:tcPr>
            <w:tcW w:w="2880" w:type="dxa"/>
          </w:tcPr>
          <w:p w14:paraId="53D6082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55039AAE" w14:textId="03A0D4D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651EF3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551373D4" w14:textId="77777777">
        <w:trPr>
          <w:jc w:val="center"/>
        </w:trPr>
        <w:tc>
          <w:tcPr>
            <w:tcW w:w="2880" w:type="dxa"/>
          </w:tcPr>
          <w:p w14:paraId="74E59F7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28236AA7" w14:textId="5F6751C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1BF5B0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6CE41D1E" w14:textId="77777777">
        <w:trPr>
          <w:jc w:val="center"/>
        </w:trPr>
        <w:tc>
          <w:tcPr>
            <w:tcW w:w="2880" w:type="dxa"/>
          </w:tcPr>
          <w:p w14:paraId="664F820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133C239B" w14:textId="6C6AC60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52EBBB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</w:tbl>
    <w:p w14:paraId="063DE63D" w14:textId="77777777" w:rsidR="00BD1072" w:rsidRPr="00E731BD" w:rsidRDefault="00BD1072" w:rsidP="00E731BD">
      <w:pPr>
        <w:rPr>
          <w:sz w:val="20"/>
          <w:szCs w:val="20"/>
        </w:rPr>
      </w:pPr>
    </w:p>
    <w:p w14:paraId="24455F7C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2F2FC9AD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048AF09D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0C1AB60B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0FB659A7" w14:textId="613D6A0F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lastRenderedPageBreak/>
        <w:t>Week 17 - 2nd February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007B42BD" w14:textId="77777777">
        <w:trPr>
          <w:jc w:val="center"/>
        </w:trPr>
        <w:tc>
          <w:tcPr>
            <w:tcW w:w="2880" w:type="dxa"/>
          </w:tcPr>
          <w:p w14:paraId="619A049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6CAE8259" w14:textId="0F5A5E6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DCB6F5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132324A3" w14:textId="77777777">
        <w:trPr>
          <w:jc w:val="center"/>
        </w:trPr>
        <w:tc>
          <w:tcPr>
            <w:tcW w:w="2880" w:type="dxa"/>
          </w:tcPr>
          <w:p w14:paraId="13BBEFF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2BF12C53" w14:textId="7BFD7E6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E3E327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7B580BEC" w14:textId="77777777">
        <w:trPr>
          <w:jc w:val="center"/>
        </w:trPr>
        <w:tc>
          <w:tcPr>
            <w:tcW w:w="2880" w:type="dxa"/>
          </w:tcPr>
          <w:p w14:paraId="464146C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5143FCCE" w14:textId="493318B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846487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17D0C944" w14:textId="77777777">
        <w:trPr>
          <w:jc w:val="center"/>
        </w:trPr>
        <w:tc>
          <w:tcPr>
            <w:tcW w:w="2880" w:type="dxa"/>
          </w:tcPr>
          <w:p w14:paraId="7BCE4A2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33FEB552" w14:textId="0F1968C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D7EE2D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4893944D" w14:textId="77777777">
        <w:trPr>
          <w:jc w:val="center"/>
        </w:trPr>
        <w:tc>
          <w:tcPr>
            <w:tcW w:w="2880" w:type="dxa"/>
          </w:tcPr>
          <w:p w14:paraId="3FC5FEE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29D0F5E1" w14:textId="69CB19E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0758C4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24E363F5" w14:textId="77777777">
        <w:trPr>
          <w:jc w:val="center"/>
        </w:trPr>
        <w:tc>
          <w:tcPr>
            <w:tcW w:w="2880" w:type="dxa"/>
          </w:tcPr>
          <w:p w14:paraId="60AD284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6DEE6775" w14:textId="58CE8A0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E03DA8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3BB8D694" w14:textId="77777777">
        <w:trPr>
          <w:jc w:val="center"/>
        </w:trPr>
        <w:tc>
          <w:tcPr>
            <w:tcW w:w="2880" w:type="dxa"/>
          </w:tcPr>
          <w:p w14:paraId="427E6BA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06F56BC5" w14:textId="4B055C7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034269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1F36FF0A" w14:textId="77777777">
        <w:trPr>
          <w:jc w:val="center"/>
        </w:trPr>
        <w:tc>
          <w:tcPr>
            <w:tcW w:w="2880" w:type="dxa"/>
          </w:tcPr>
          <w:p w14:paraId="3D0CCB4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2EE01327" w14:textId="6649C18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54B924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</w:tbl>
    <w:p w14:paraId="1BE2EF49" w14:textId="77777777" w:rsidR="00BD1072" w:rsidRPr="00E731BD" w:rsidRDefault="00BD1072" w:rsidP="00E731BD">
      <w:pPr>
        <w:rPr>
          <w:sz w:val="20"/>
          <w:szCs w:val="20"/>
        </w:rPr>
      </w:pPr>
    </w:p>
    <w:p w14:paraId="6C029663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18 - 9th February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5B1EF761" w14:textId="77777777">
        <w:trPr>
          <w:jc w:val="center"/>
        </w:trPr>
        <w:tc>
          <w:tcPr>
            <w:tcW w:w="2880" w:type="dxa"/>
          </w:tcPr>
          <w:p w14:paraId="3A50501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361E8E5A" w14:textId="1430F6C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D47EB6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0AC6A03E" w14:textId="77777777">
        <w:trPr>
          <w:jc w:val="center"/>
        </w:trPr>
        <w:tc>
          <w:tcPr>
            <w:tcW w:w="2880" w:type="dxa"/>
          </w:tcPr>
          <w:p w14:paraId="4E05351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38D22F3C" w14:textId="7B3DA38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26AEB0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19BC8C25" w14:textId="77777777">
        <w:trPr>
          <w:jc w:val="center"/>
        </w:trPr>
        <w:tc>
          <w:tcPr>
            <w:tcW w:w="2880" w:type="dxa"/>
          </w:tcPr>
          <w:p w14:paraId="00FE2F6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326C99AB" w14:textId="3530D5A9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B50118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59B1ECA4" w14:textId="77777777">
        <w:trPr>
          <w:jc w:val="center"/>
        </w:trPr>
        <w:tc>
          <w:tcPr>
            <w:tcW w:w="2880" w:type="dxa"/>
          </w:tcPr>
          <w:p w14:paraId="7159367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068ADB85" w14:textId="5E65838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814313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6341C660" w14:textId="77777777">
        <w:trPr>
          <w:jc w:val="center"/>
        </w:trPr>
        <w:tc>
          <w:tcPr>
            <w:tcW w:w="2880" w:type="dxa"/>
          </w:tcPr>
          <w:p w14:paraId="19D0369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63CBA8C8" w14:textId="2DC095D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716DDA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28183A64" w14:textId="77777777">
        <w:trPr>
          <w:jc w:val="center"/>
        </w:trPr>
        <w:tc>
          <w:tcPr>
            <w:tcW w:w="2880" w:type="dxa"/>
          </w:tcPr>
          <w:p w14:paraId="6D643CF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3984E099" w14:textId="49897E0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9A91F0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02937E79" w14:textId="77777777">
        <w:trPr>
          <w:jc w:val="center"/>
        </w:trPr>
        <w:tc>
          <w:tcPr>
            <w:tcW w:w="2880" w:type="dxa"/>
          </w:tcPr>
          <w:p w14:paraId="4484E8E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39E84A00" w14:textId="33ACCE6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F6BB88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670E9768" w14:textId="77777777">
        <w:trPr>
          <w:jc w:val="center"/>
        </w:trPr>
        <w:tc>
          <w:tcPr>
            <w:tcW w:w="2880" w:type="dxa"/>
          </w:tcPr>
          <w:p w14:paraId="6F67907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731F15E1" w14:textId="5AAFA60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A973D1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</w:tbl>
    <w:p w14:paraId="35D34FA4" w14:textId="77777777" w:rsidR="00BD1072" w:rsidRPr="00E731BD" w:rsidRDefault="00BD1072" w:rsidP="00E731BD">
      <w:pPr>
        <w:rPr>
          <w:sz w:val="20"/>
          <w:szCs w:val="20"/>
        </w:rPr>
      </w:pPr>
    </w:p>
    <w:p w14:paraId="06A31EC6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19 - 16th February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669A50EF" w14:textId="77777777">
        <w:trPr>
          <w:jc w:val="center"/>
        </w:trPr>
        <w:tc>
          <w:tcPr>
            <w:tcW w:w="2880" w:type="dxa"/>
          </w:tcPr>
          <w:p w14:paraId="3AE03D6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479FE64A" w14:textId="21A246B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C52913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6033B02A" w14:textId="77777777">
        <w:trPr>
          <w:jc w:val="center"/>
        </w:trPr>
        <w:tc>
          <w:tcPr>
            <w:tcW w:w="2880" w:type="dxa"/>
          </w:tcPr>
          <w:p w14:paraId="491FCC1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63E69F4B" w14:textId="5440ABB9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179FEE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04695670" w14:textId="77777777">
        <w:trPr>
          <w:jc w:val="center"/>
        </w:trPr>
        <w:tc>
          <w:tcPr>
            <w:tcW w:w="2880" w:type="dxa"/>
          </w:tcPr>
          <w:p w14:paraId="39FA1E7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4B6F8196" w14:textId="7910831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FCB46D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7C1E0ED7" w14:textId="77777777">
        <w:trPr>
          <w:jc w:val="center"/>
        </w:trPr>
        <w:tc>
          <w:tcPr>
            <w:tcW w:w="2880" w:type="dxa"/>
          </w:tcPr>
          <w:p w14:paraId="5825C03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3B4C8474" w14:textId="7EA9FD9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1823B0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1ECCD2C9" w14:textId="77777777">
        <w:trPr>
          <w:jc w:val="center"/>
        </w:trPr>
        <w:tc>
          <w:tcPr>
            <w:tcW w:w="2880" w:type="dxa"/>
          </w:tcPr>
          <w:p w14:paraId="282C55E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47E75CD9" w14:textId="15C5F29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1E1CEF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47E7CBE8" w14:textId="77777777">
        <w:trPr>
          <w:jc w:val="center"/>
        </w:trPr>
        <w:tc>
          <w:tcPr>
            <w:tcW w:w="2880" w:type="dxa"/>
          </w:tcPr>
          <w:p w14:paraId="32BF3DB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6DAE6C84" w14:textId="1319D29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785ED2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7808F1C1" w14:textId="77777777">
        <w:trPr>
          <w:jc w:val="center"/>
        </w:trPr>
        <w:tc>
          <w:tcPr>
            <w:tcW w:w="2880" w:type="dxa"/>
          </w:tcPr>
          <w:p w14:paraId="22865BD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177E6223" w14:textId="228F2D7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687851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0CB4BA0A" w14:textId="77777777">
        <w:trPr>
          <w:jc w:val="center"/>
        </w:trPr>
        <w:tc>
          <w:tcPr>
            <w:tcW w:w="2880" w:type="dxa"/>
          </w:tcPr>
          <w:p w14:paraId="0A2F80B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5B6A7D71" w14:textId="1694AB4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F5B4D6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</w:tbl>
    <w:p w14:paraId="0C51DAC4" w14:textId="77777777" w:rsidR="00BD1072" w:rsidRPr="00E731BD" w:rsidRDefault="00BD1072" w:rsidP="00E731BD">
      <w:pPr>
        <w:rPr>
          <w:sz w:val="20"/>
          <w:szCs w:val="20"/>
        </w:rPr>
      </w:pPr>
    </w:p>
    <w:p w14:paraId="3B424F78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20 - 23rd February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224C67D6" w14:textId="77777777">
        <w:trPr>
          <w:jc w:val="center"/>
        </w:trPr>
        <w:tc>
          <w:tcPr>
            <w:tcW w:w="2880" w:type="dxa"/>
          </w:tcPr>
          <w:p w14:paraId="79EF864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74FE7FBE" w14:textId="5602960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277A04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12712305" w14:textId="77777777">
        <w:trPr>
          <w:jc w:val="center"/>
        </w:trPr>
        <w:tc>
          <w:tcPr>
            <w:tcW w:w="2880" w:type="dxa"/>
          </w:tcPr>
          <w:p w14:paraId="68383E6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50BDED93" w14:textId="6CB29EB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14FEE2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3C001477" w14:textId="77777777">
        <w:trPr>
          <w:jc w:val="center"/>
        </w:trPr>
        <w:tc>
          <w:tcPr>
            <w:tcW w:w="2880" w:type="dxa"/>
          </w:tcPr>
          <w:p w14:paraId="1959352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0E591E2B" w14:textId="163781E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BE71AE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1EAEBC69" w14:textId="77777777">
        <w:trPr>
          <w:jc w:val="center"/>
        </w:trPr>
        <w:tc>
          <w:tcPr>
            <w:tcW w:w="2880" w:type="dxa"/>
          </w:tcPr>
          <w:p w14:paraId="6A1DFF6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1BDD15E0" w14:textId="33DA718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B9CEFF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18822032" w14:textId="77777777">
        <w:trPr>
          <w:jc w:val="center"/>
        </w:trPr>
        <w:tc>
          <w:tcPr>
            <w:tcW w:w="2880" w:type="dxa"/>
          </w:tcPr>
          <w:p w14:paraId="307ECE4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0BBC543C" w14:textId="19F246E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2F83E7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38FAD44D" w14:textId="77777777">
        <w:trPr>
          <w:jc w:val="center"/>
        </w:trPr>
        <w:tc>
          <w:tcPr>
            <w:tcW w:w="2880" w:type="dxa"/>
          </w:tcPr>
          <w:p w14:paraId="5319EF6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25017EE9" w14:textId="533FA13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56E713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200F2655" w14:textId="77777777">
        <w:trPr>
          <w:jc w:val="center"/>
        </w:trPr>
        <w:tc>
          <w:tcPr>
            <w:tcW w:w="2880" w:type="dxa"/>
          </w:tcPr>
          <w:p w14:paraId="09AF6F1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2A453BB1" w14:textId="244414B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D0FBE9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6F4D7565" w14:textId="77777777">
        <w:trPr>
          <w:jc w:val="center"/>
        </w:trPr>
        <w:tc>
          <w:tcPr>
            <w:tcW w:w="2880" w:type="dxa"/>
          </w:tcPr>
          <w:p w14:paraId="003E5A4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731B2A7D" w14:textId="3700FEC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439FA8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</w:tbl>
    <w:p w14:paraId="099D87E0" w14:textId="77777777" w:rsidR="00BD1072" w:rsidRPr="00E731BD" w:rsidRDefault="00BD1072" w:rsidP="00E731BD">
      <w:pPr>
        <w:rPr>
          <w:sz w:val="20"/>
          <w:szCs w:val="20"/>
        </w:rPr>
      </w:pPr>
    </w:p>
    <w:p w14:paraId="11C5C6F2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7319F295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4898A9D6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6FBEE3E5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7B724A4E" w14:textId="23B8486B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21 - 2nd March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5489F45E" w14:textId="77777777">
        <w:trPr>
          <w:jc w:val="center"/>
        </w:trPr>
        <w:tc>
          <w:tcPr>
            <w:tcW w:w="2880" w:type="dxa"/>
          </w:tcPr>
          <w:p w14:paraId="6A99796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1CD49522" w14:textId="60A0F2D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269EBD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223E7F7D" w14:textId="77777777">
        <w:trPr>
          <w:jc w:val="center"/>
        </w:trPr>
        <w:tc>
          <w:tcPr>
            <w:tcW w:w="2880" w:type="dxa"/>
          </w:tcPr>
          <w:p w14:paraId="4B70A2B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3B20691B" w14:textId="4A2F346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56D03F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0E67762A" w14:textId="77777777">
        <w:trPr>
          <w:jc w:val="center"/>
        </w:trPr>
        <w:tc>
          <w:tcPr>
            <w:tcW w:w="2880" w:type="dxa"/>
          </w:tcPr>
          <w:p w14:paraId="52ADA6F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6AEA3ECB" w14:textId="778236A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777EA6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7028B028" w14:textId="77777777">
        <w:trPr>
          <w:jc w:val="center"/>
        </w:trPr>
        <w:tc>
          <w:tcPr>
            <w:tcW w:w="2880" w:type="dxa"/>
          </w:tcPr>
          <w:p w14:paraId="322CE47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7F44FCA5" w14:textId="6207A23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49D433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5997B3B0" w14:textId="77777777">
        <w:trPr>
          <w:jc w:val="center"/>
        </w:trPr>
        <w:tc>
          <w:tcPr>
            <w:tcW w:w="2880" w:type="dxa"/>
          </w:tcPr>
          <w:p w14:paraId="63FACF3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27EB4A91" w14:textId="77B5DED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898664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7C93E682" w14:textId="77777777">
        <w:trPr>
          <w:jc w:val="center"/>
        </w:trPr>
        <w:tc>
          <w:tcPr>
            <w:tcW w:w="2880" w:type="dxa"/>
          </w:tcPr>
          <w:p w14:paraId="2BD54C3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30DAB02E" w14:textId="1334492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0A59D6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604A3FF7" w14:textId="77777777">
        <w:trPr>
          <w:jc w:val="center"/>
        </w:trPr>
        <w:tc>
          <w:tcPr>
            <w:tcW w:w="2880" w:type="dxa"/>
          </w:tcPr>
          <w:p w14:paraId="50FEF99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60BB0DEB" w14:textId="4C41712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311E35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684A5B16" w14:textId="77777777">
        <w:trPr>
          <w:jc w:val="center"/>
        </w:trPr>
        <w:tc>
          <w:tcPr>
            <w:tcW w:w="2880" w:type="dxa"/>
          </w:tcPr>
          <w:p w14:paraId="1B84C0A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4EDF6995" w14:textId="50B7AE8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BE26BB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</w:tbl>
    <w:p w14:paraId="07954984" w14:textId="77777777" w:rsidR="00BD1072" w:rsidRPr="00E731BD" w:rsidRDefault="00BD1072" w:rsidP="00E731BD">
      <w:pPr>
        <w:rPr>
          <w:sz w:val="20"/>
          <w:szCs w:val="20"/>
        </w:rPr>
      </w:pPr>
    </w:p>
    <w:p w14:paraId="0531FD5C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22 - 9th March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01506C61" w14:textId="77777777">
        <w:trPr>
          <w:jc w:val="center"/>
        </w:trPr>
        <w:tc>
          <w:tcPr>
            <w:tcW w:w="2880" w:type="dxa"/>
          </w:tcPr>
          <w:p w14:paraId="69D172E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233323BA" w14:textId="1089F7C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BEE556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</w:tr>
      <w:tr w:rsidR="00BD1072" w:rsidRPr="00E731BD" w14:paraId="7C88BA8D" w14:textId="77777777">
        <w:trPr>
          <w:jc w:val="center"/>
        </w:trPr>
        <w:tc>
          <w:tcPr>
            <w:tcW w:w="2880" w:type="dxa"/>
          </w:tcPr>
          <w:p w14:paraId="055A6BD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78E76C65" w14:textId="16DE72D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13655D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5B9F070D" w14:textId="77777777">
        <w:trPr>
          <w:jc w:val="center"/>
        </w:trPr>
        <w:tc>
          <w:tcPr>
            <w:tcW w:w="2880" w:type="dxa"/>
          </w:tcPr>
          <w:p w14:paraId="2469A71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043AE3C3" w14:textId="6835611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240663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358C7437" w14:textId="77777777">
        <w:trPr>
          <w:jc w:val="center"/>
        </w:trPr>
        <w:tc>
          <w:tcPr>
            <w:tcW w:w="2880" w:type="dxa"/>
          </w:tcPr>
          <w:p w14:paraId="7EDE763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3769AC17" w14:textId="7B120CA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BFBCA4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723CF514" w14:textId="77777777">
        <w:trPr>
          <w:jc w:val="center"/>
        </w:trPr>
        <w:tc>
          <w:tcPr>
            <w:tcW w:w="2880" w:type="dxa"/>
          </w:tcPr>
          <w:p w14:paraId="68533B3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5C13B9FE" w14:textId="1C2DCAC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BD33FA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3902E624" w14:textId="77777777">
        <w:trPr>
          <w:jc w:val="center"/>
        </w:trPr>
        <w:tc>
          <w:tcPr>
            <w:tcW w:w="2880" w:type="dxa"/>
          </w:tcPr>
          <w:p w14:paraId="2792E83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49E2773E" w14:textId="0D98CFD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0055E6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65622451" w14:textId="77777777">
        <w:trPr>
          <w:jc w:val="center"/>
        </w:trPr>
        <w:tc>
          <w:tcPr>
            <w:tcW w:w="2880" w:type="dxa"/>
          </w:tcPr>
          <w:p w14:paraId="3F43B55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238FADC8" w14:textId="274BEF2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A0AA4D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32F2C669" w14:textId="77777777">
        <w:trPr>
          <w:jc w:val="center"/>
        </w:trPr>
        <w:tc>
          <w:tcPr>
            <w:tcW w:w="2880" w:type="dxa"/>
          </w:tcPr>
          <w:p w14:paraId="0118265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1682EB0A" w14:textId="0D81B66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77F8A8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</w:tbl>
    <w:p w14:paraId="26B26617" w14:textId="77777777" w:rsidR="00BD1072" w:rsidRPr="00E731BD" w:rsidRDefault="00BD1072" w:rsidP="00E731BD">
      <w:pPr>
        <w:rPr>
          <w:sz w:val="20"/>
          <w:szCs w:val="20"/>
        </w:rPr>
      </w:pPr>
    </w:p>
    <w:p w14:paraId="25033FD2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23 - 16th March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2372EDA2" w14:textId="77777777">
        <w:trPr>
          <w:jc w:val="center"/>
        </w:trPr>
        <w:tc>
          <w:tcPr>
            <w:tcW w:w="2880" w:type="dxa"/>
          </w:tcPr>
          <w:p w14:paraId="08B42F5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0389AE9F" w14:textId="77CF8F5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3FCC73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72E6B508" w14:textId="77777777">
        <w:trPr>
          <w:jc w:val="center"/>
        </w:trPr>
        <w:tc>
          <w:tcPr>
            <w:tcW w:w="2880" w:type="dxa"/>
          </w:tcPr>
          <w:p w14:paraId="0B132E3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79E140C2" w14:textId="420B098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17E3C9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63000278" w14:textId="77777777">
        <w:trPr>
          <w:jc w:val="center"/>
        </w:trPr>
        <w:tc>
          <w:tcPr>
            <w:tcW w:w="2880" w:type="dxa"/>
          </w:tcPr>
          <w:p w14:paraId="17BBE7C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1EB65D56" w14:textId="0848A83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52762A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6BBEE3B2" w14:textId="77777777">
        <w:trPr>
          <w:jc w:val="center"/>
        </w:trPr>
        <w:tc>
          <w:tcPr>
            <w:tcW w:w="2880" w:type="dxa"/>
          </w:tcPr>
          <w:p w14:paraId="126BAE1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4802121A" w14:textId="373E8CB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27D4B4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7891780F" w14:textId="77777777">
        <w:trPr>
          <w:jc w:val="center"/>
        </w:trPr>
        <w:tc>
          <w:tcPr>
            <w:tcW w:w="2880" w:type="dxa"/>
          </w:tcPr>
          <w:p w14:paraId="1532273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40182780" w14:textId="7867C97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9B0394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</w:tr>
      <w:tr w:rsidR="00BD1072" w:rsidRPr="00E731BD" w14:paraId="3075A01F" w14:textId="77777777">
        <w:trPr>
          <w:jc w:val="center"/>
        </w:trPr>
        <w:tc>
          <w:tcPr>
            <w:tcW w:w="2880" w:type="dxa"/>
          </w:tcPr>
          <w:p w14:paraId="7FB7C49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47FED443" w14:textId="48413BF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621F9B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6BFED7B2" w14:textId="77777777">
        <w:trPr>
          <w:jc w:val="center"/>
        </w:trPr>
        <w:tc>
          <w:tcPr>
            <w:tcW w:w="2880" w:type="dxa"/>
          </w:tcPr>
          <w:p w14:paraId="2B8C996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4BE603F2" w14:textId="4290D96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2323A9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2E315446" w14:textId="77777777">
        <w:trPr>
          <w:jc w:val="center"/>
        </w:trPr>
        <w:tc>
          <w:tcPr>
            <w:tcW w:w="2880" w:type="dxa"/>
          </w:tcPr>
          <w:p w14:paraId="2AA5B8E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32B27B43" w14:textId="45A6532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42F85E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</w:tbl>
    <w:p w14:paraId="357ADB58" w14:textId="77777777" w:rsidR="00BD1072" w:rsidRPr="00E731BD" w:rsidRDefault="00BD1072" w:rsidP="00E731BD">
      <w:pPr>
        <w:rPr>
          <w:sz w:val="20"/>
          <w:szCs w:val="20"/>
        </w:rPr>
      </w:pPr>
    </w:p>
    <w:p w14:paraId="453D979C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24 - 23rd March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6F6BE2CA" w14:textId="77777777">
        <w:trPr>
          <w:jc w:val="center"/>
        </w:trPr>
        <w:tc>
          <w:tcPr>
            <w:tcW w:w="2880" w:type="dxa"/>
          </w:tcPr>
          <w:p w14:paraId="66EE10F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560CBC26" w14:textId="383A725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19AEC6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7A6BFD9F" w14:textId="77777777">
        <w:trPr>
          <w:jc w:val="center"/>
        </w:trPr>
        <w:tc>
          <w:tcPr>
            <w:tcW w:w="2880" w:type="dxa"/>
          </w:tcPr>
          <w:p w14:paraId="18E8422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213E2224" w14:textId="3BB13DD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7B0885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2698583E" w14:textId="77777777">
        <w:trPr>
          <w:jc w:val="center"/>
        </w:trPr>
        <w:tc>
          <w:tcPr>
            <w:tcW w:w="2880" w:type="dxa"/>
          </w:tcPr>
          <w:p w14:paraId="1BEDB28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The </w:t>
            </w:r>
            <w:proofErr w:type="gramStart"/>
            <w:r w:rsidRPr="00E731BD">
              <w:rPr>
                <w:sz w:val="20"/>
                <w:szCs w:val="20"/>
              </w:rPr>
              <w:t>Dukes</w:t>
            </w:r>
            <w:proofErr w:type="gramEnd"/>
          </w:p>
        </w:tc>
        <w:tc>
          <w:tcPr>
            <w:tcW w:w="850" w:type="dxa"/>
          </w:tcPr>
          <w:p w14:paraId="08E79362" w14:textId="4C3873C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70DC70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4ABE025B" w14:textId="77777777">
        <w:trPr>
          <w:jc w:val="center"/>
        </w:trPr>
        <w:tc>
          <w:tcPr>
            <w:tcW w:w="2880" w:type="dxa"/>
          </w:tcPr>
          <w:p w14:paraId="3D7E050F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  <w:tc>
          <w:tcPr>
            <w:tcW w:w="850" w:type="dxa"/>
          </w:tcPr>
          <w:p w14:paraId="2694F5AE" w14:textId="7AE44BB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BA1D6E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</w:tr>
      <w:tr w:rsidR="00BD1072" w:rsidRPr="00E731BD" w14:paraId="338100D2" w14:textId="77777777">
        <w:trPr>
          <w:jc w:val="center"/>
        </w:trPr>
        <w:tc>
          <w:tcPr>
            <w:tcW w:w="2880" w:type="dxa"/>
          </w:tcPr>
          <w:p w14:paraId="766D3DD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  <w:tc>
          <w:tcPr>
            <w:tcW w:w="850" w:type="dxa"/>
          </w:tcPr>
          <w:p w14:paraId="57EB3B33" w14:textId="6379A55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64AED5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</w:tr>
      <w:tr w:rsidR="00BD1072" w:rsidRPr="00E731BD" w14:paraId="218D1D2D" w14:textId="77777777">
        <w:trPr>
          <w:jc w:val="center"/>
        </w:trPr>
        <w:tc>
          <w:tcPr>
            <w:tcW w:w="2880" w:type="dxa"/>
          </w:tcPr>
          <w:p w14:paraId="770951D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3B950E2E" w14:textId="5689BA8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04DBE5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</w:tr>
      <w:tr w:rsidR="00BD1072" w:rsidRPr="00E731BD" w14:paraId="3C19EB3C" w14:textId="77777777">
        <w:trPr>
          <w:jc w:val="center"/>
        </w:trPr>
        <w:tc>
          <w:tcPr>
            <w:tcW w:w="2880" w:type="dxa"/>
          </w:tcPr>
          <w:p w14:paraId="3DA518F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01BACE57" w14:textId="34BFA02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68A8B9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5CCDE741" w14:textId="77777777">
        <w:trPr>
          <w:jc w:val="center"/>
        </w:trPr>
        <w:tc>
          <w:tcPr>
            <w:tcW w:w="2880" w:type="dxa"/>
          </w:tcPr>
          <w:p w14:paraId="4962436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59BF86E6" w14:textId="77A80D2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3A71B4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</w:tbl>
    <w:p w14:paraId="622D8380" w14:textId="77777777" w:rsidR="00BD1072" w:rsidRPr="00E731BD" w:rsidRDefault="00BD1072" w:rsidP="00E731BD">
      <w:pPr>
        <w:rPr>
          <w:sz w:val="20"/>
          <w:szCs w:val="20"/>
        </w:rPr>
      </w:pPr>
    </w:p>
    <w:p w14:paraId="070C106A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10E77E26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5AC303E1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60D365D0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071AAC01" w14:textId="0678BC10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lastRenderedPageBreak/>
        <w:t>Week 25 - 30th March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41BA9329" w14:textId="77777777">
        <w:trPr>
          <w:jc w:val="center"/>
        </w:trPr>
        <w:tc>
          <w:tcPr>
            <w:tcW w:w="2880" w:type="dxa"/>
          </w:tcPr>
          <w:p w14:paraId="2545686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72C3CAB4" w14:textId="496AEC2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C444291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666DED57" w14:textId="77777777">
        <w:trPr>
          <w:jc w:val="center"/>
        </w:trPr>
        <w:tc>
          <w:tcPr>
            <w:tcW w:w="2880" w:type="dxa"/>
          </w:tcPr>
          <w:p w14:paraId="2DAC679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4A0F8BBC" w14:textId="3D4B095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17090C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1B016CE8" w14:textId="77777777">
        <w:trPr>
          <w:jc w:val="center"/>
        </w:trPr>
        <w:tc>
          <w:tcPr>
            <w:tcW w:w="2880" w:type="dxa"/>
          </w:tcPr>
          <w:p w14:paraId="2237096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</w:tcPr>
          <w:p w14:paraId="3470BCB7" w14:textId="672806C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4047B7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54F1EC74" w14:textId="77777777">
        <w:trPr>
          <w:jc w:val="center"/>
        </w:trPr>
        <w:tc>
          <w:tcPr>
            <w:tcW w:w="2880" w:type="dxa"/>
          </w:tcPr>
          <w:p w14:paraId="20BBD09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603E995B" w14:textId="543D0FC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C8E2A1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Copperhouse</w:t>
            </w:r>
            <w:proofErr w:type="spellEnd"/>
            <w:r w:rsidRPr="00E731BD">
              <w:rPr>
                <w:sz w:val="20"/>
                <w:szCs w:val="20"/>
              </w:rPr>
              <w:t xml:space="preserve"> Rackers</w:t>
            </w:r>
          </w:p>
        </w:tc>
      </w:tr>
      <w:tr w:rsidR="00BD1072" w:rsidRPr="00E731BD" w14:paraId="4B61D9B7" w14:textId="77777777">
        <w:trPr>
          <w:jc w:val="center"/>
        </w:trPr>
        <w:tc>
          <w:tcPr>
            <w:tcW w:w="2880" w:type="dxa"/>
          </w:tcPr>
          <w:p w14:paraId="6009032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 xml:space="preserve">Rugby Club </w:t>
            </w:r>
            <w:proofErr w:type="spellStart"/>
            <w:r w:rsidRPr="00E731BD">
              <w:rPr>
                <w:sz w:val="20"/>
                <w:szCs w:val="20"/>
              </w:rPr>
              <w:t>Alestars</w:t>
            </w:r>
            <w:proofErr w:type="spellEnd"/>
          </w:p>
        </w:tc>
        <w:tc>
          <w:tcPr>
            <w:tcW w:w="850" w:type="dxa"/>
          </w:tcPr>
          <w:p w14:paraId="54CA7696" w14:textId="4F7EDFC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63431A7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631EEFBD" w14:textId="77777777">
        <w:trPr>
          <w:jc w:val="center"/>
        </w:trPr>
        <w:tc>
          <w:tcPr>
            <w:tcW w:w="2880" w:type="dxa"/>
          </w:tcPr>
          <w:p w14:paraId="03EA19A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46E7AD4E" w14:textId="3609AD6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0F070A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Sharks</w:t>
            </w:r>
          </w:p>
        </w:tc>
      </w:tr>
      <w:tr w:rsidR="00BD1072" w:rsidRPr="00E731BD" w14:paraId="4239DCD3" w14:textId="77777777">
        <w:trPr>
          <w:jc w:val="center"/>
        </w:trPr>
        <w:tc>
          <w:tcPr>
            <w:tcW w:w="2880" w:type="dxa"/>
          </w:tcPr>
          <w:p w14:paraId="34E0188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proofErr w:type="spellStart"/>
            <w:r w:rsidRPr="00E731BD">
              <w:rPr>
                <w:sz w:val="20"/>
                <w:szCs w:val="20"/>
              </w:rPr>
              <w:t>Gwinear</w:t>
            </w:r>
            <w:proofErr w:type="spellEnd"/>
            <w:r w:rsidRPr="00E731BD">
              <w:rPr>
                <w:sz w:val="20"/>
                <w:szCs w:val="20"/>
              </w:rPr>
              <w:t xml:space="preserve"> Hit 'n' Hopes</w:t>
            </w:r>
          </w:p>
        </w:tc>
        <w:tc>
          <w:tcPr>
            <w:tcW w:w="850" w:type="dxa"/>
          </w:tcPr>
          <w:p w14:paraId="1419B7FB" w14:textId="6C34E2B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9B3CFD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7E9C3F4B" w14:textId="77777777">
        <w:trPr>
          <w:jc w:val="center"/>
        </w:trPr>
        <w:tc>
          <w:tcPr>
            <w:tcW w:w="2880" w:type="dxa"/>
          </w:tcPr>
          <w:p w14:paraId="40D9637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6EC8C941" w14:textId="6E19932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7DDAF5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Dukes</w:t>
            </w:r>
          </w:p>
        </w:tc>
      </w:tr>
    </w:tbl>
    <w:p w14:paraId="4B352445" w14:textId="77777777" w:rsidR="00BD1072" w:rsidRPr="00E731BD" w:rsidRDefault="00BD1072" w:rsidP="00E731BD">
      <w:pPr>
        <w:rPr>
          <w:sz w:val="20"/>
          <w:szCs w:val="20"/>
        </w:rPr>
      </w:pPr>
    </w:p>
    <w:p w14:paraId="50BD4701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26 - 6th April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3C2A7670" w14:textId="77777777">
        <w:trPr>
          <w:jc w:val="center"/>
        </w:trPr>
        <w:tc>
          <w:tcPr>
            <w:tcW w:w="2880" w:type="dxa"/>
          </w:tcPr>
          <w:p w14:paraId="0859C65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771A83F7" w14:textId="5342181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F4599C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1E07FCAC" w14:textId="77777777">
        <w:trPr>
          <w:jc w:val="center"/>
        </w:trPr>
        <w:tc>
          <w:tcPr>
            <w:tcW w:w="2880" w:type="dxa"/>
          </w:tcPr>
          <w:p w14:paraId="440E712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79184739" w14:textId="1DE53AF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371564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2FBCE83F" w14:textId="77777777">
        <w:trPr>
          <w:jc w:val="center"/>
        </w:trPr>
        <w:tc>
          <w:tcPr>
            <w:tcW w:w="2880" w:type="dxa"/>
          </w:tcPr>
          <w:p w14:paraId="3375174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2E0A822B" w14:textId="6238B36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43065C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Rackers</w:t>
            </w:r>
          </w:p>
        </w:tc>
      </w:tr>
      <w:tr w:rsidR="00BD1072" w:rsidRPr="00E731BD" w14:paraId="4B887DB1" w14:textId="77777777">
        <w:trPr>
          <w:jc w:val="center"/>
        </w:trPr>
        <w:tc>
          <w:tcPr>
            <w:tcW w:w="2880" w:type="dxa"/>
          </w:tcPr>
          <w:p w14:paraId="7D267CC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B</w:t>
            </w:r>
          </w:p>
        </w:tc>
        <w:tc>
          <w:tcPr>
            <w:tcW w:w="850" w:type="dxa"/>
          </w:tcPr>
          <w:p w14:paraId="488D8122" w14:textId="3009B83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79FE10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Dukes</w:t>
            </w:r>
          </w:p>
        </w:tc>
      </w:tr>
      <w:tr w:rsidR="00BD1072" w:rsidRPr="00E731BD" w14:paraId="0BD6F51B" w14:textId="77777777">
        <w:trPr>
          <w:jc w:val="center"/>
        </w:trPr>
        <w:tc>
          <w:tcPr>
            <w:tcW w:w="2880" w:type="dxa"/>
          </w:tcPr>
          <w:p w14:paraId="4E4AD95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28801FD1" w14:textId="27ABF1F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651668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Hit 'n' Hopes</w:t>
            </w:r>
          </w:p>
        </w:tc>
      </w:tr>
      <w:tr w:rsidR="00BD1072" w:rsidRPr="00E731BD" w14:paraId="055EB0C1" w14:textId="77777777">
        <w:trPr>
          <w:jc w:val="center"/>
        </w:trPr>
        <w:tc>
          <w:tcPr>
            <w:tcW w:w="2880" w:type="dxa"/>
          </w:tcPr>
          <w:p w14:paraId="5085B8C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Sharks</w:t>
            </w:r>
          </w:p>
        </w:tc>
        <w:tc>
          <w:tcPr>
            <w:tcW w:w="850" w:type="dxa"/>
          </w:tcPr>
          <w:p w14:paraId="350F0F20" w14:textId="5AB8E86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DC40E2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3E9FEE16" w14:textId="77777777">
        <w:trPr>
          <w:jc w:val="center"/>
        </w:trPr>
        <w:tc>
          <w:tcPr>
            <w:tcW w:w="2880" w:type="dxa"/>
          </w:tcPr>
          <w:p w14:paraId="1CAF886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Rugby Club Alestars</w:t>
            </w:r>
          </w:p>
        </w:tc>
        <w:tc>
          <w:tcPr>
            <w:tcW w:w="850" w:type="dxa"/>
          </w:tcPr>
          <w:p w14:paraId="151071F2" w14:textId="56EC60D2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2F00FE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3645B52D" w14:textId="77777777">
        <w:trPr>
          <w:jc w:val="center"/>
        </w:trPr>
        <w:tc>
          <w:tcPr>
            <w:tcW w:w="2880" w:type="dxa"/>
          </w:tcPr>
          <w:p w14:paraId="187D868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229FB0C8" w14:textId="7438DD5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34DAF2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</w:tbl>
    <w:p w14:paraId="2B444DCD" w14:textId="77777777" w:rsidR="00BD1072" w:rsidRPr="00E731BD" w:rsidRDefault="00BD1072" w:rsidP="00E731BD">
      <w:pPr>
        <w:rPr>
          <w:sz w:val="20"/>
          <w:szCs w:val="20"/>
        </w:rPr>
      </w:pPr>
    </w:p>
    <w:p w14:paraId="76696BC4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27 - 13th April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5D50768D" w14:textId="77777777">
        <w:trPr>
          <w:jc w:val="center"/>
        </w:trPr>
        <w:tc>
          <w:tcPr>
            <w:tcW w:w="2880" w:type="dxa"/>
          </w:tcPr>
          <w:p w14:paraId="4558242E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6170DACA" w14:textId="76123851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1866EA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7D1898DF" w14:textId="77777777">
        <w:trPr>
          <w:jc w:val="center"/>
        </w:trPr>
        <w:tc>
          <w:tcPr>
            <w:tcW w:w="2880" w:type="dxa"/>
          </w:tcPr>
          <w:p w14:paraId="72E0F6A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Rackers</w:t>
            </w:r>
          </w:p>
        </w:tc>
        <w:tc>
          <w:tcPr>
            <w:tcW w:w="850" w:type="dxa"/>
          </w:tcPr>
          <w:p w14:paraId="3B637967" w14:textId="1C89538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2352D5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493A6924" w14:textId="77777777">
        <w:trPr>
          <w:jc w:val="center"/>
        </w:trPr>
        <w:tc>
          <w:tcPr>
            <w:tcW w:w="2880" w:type="dxa"/>
          </w:tcPr>
          <w:p w14:paraId="33ADAD6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28E23524" w14:textId="302014F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91D6F10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B</w:t>
            </w:r>
          </w:p>
        </w:tc>
      </w:tr>
      <w:tr w:rsidR="00BD1072" w:rsidRPr="00E731BD" w14:paraId="7275279C" w14:textId="77777777">
        <w:trPr>
          <w:jc w:val="center"/>
        </w:trPr>
        <w:tc>
          <w:tcPr>
            <w:tcW w:w="2880" w:type="dxa"/>
          </w:tcPr>
          <w:p w14:paraId="60E069F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1C4ED592" w14:textId="1C7079F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764008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63A39B74" w14:textId="77777777">
        <w:trPr>
          <w:jc w:val="center"/>
        </w:trPr>
        <w:tc>
          <w:tcPr>
            <w:tcW w:w="2880" w:type="dxa"/>
          </w:tcPr>
          <w:p w14:paraId="137D937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538E34FC" w14:textId="25BB42C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19386B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Dukes</w:t>
            </w:r>
          </w:p>
        </w:tc>
      </w:tr>
      <w:tr w:rsidR="00BD1072" w:rsidRPr="00E731BD" w14:paraId="1E960004" w14:textId="77777777">
        <w:trPr>
          <w:jc w:val="center"/>
        </w:trPr>
        <w:tc>
          <w:tcPr>
            <w:tcW w:w="2880" w:type="dxa"/>
          </w:tcPr>
          <w:p w14:paraId="168F98D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1DE758EF" w14:textId="598276DA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F4B80B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Hit 'n' Hopes</w:t>
            </w:r>
          </w:p>
        </w:tc>
      </w:tr>
      <w:tr w:rsidR="00BD1072" w:rsidRPr="00E731BD" w14:paraId="6E70DFA3" w14:textId="77777777">
        <w:trPr>
          <w:jc w:val="center"/>
        </w:trPr>
        <w:tc>
          <w:tcPr>
            <w:tcW w:w="2880" w:type="dxa"/>
          </w:tcPr>
          <w:p w14:paraId="7B8B65E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Sharks</w:t>
            </w:r>
          </w:p>
        </w:tc>
        <w:tc>
          <w:tcPr>
            <w:tcW w:w="850" w:type="dxa"/>
          </w:tcPr>
          <w:p w14:paraId="2DD04D12" w14:textId="5F523CE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B29676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682E6B10" w14:textId="77777777">
        <w:trPr>
          <w:jc w:val="center"/>
        </w:trPr>
        <w:tc>
          <w:tcPr>
            <w:tcW w:w="2880" w:type="dxa"/>
          </w:tcPr>
          <w:p w14:paraId="7B406EC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71E64D76" w14:textId="520A4A8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B36963D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Rugby Club Alestars</w:t>
            </w:r>
          </w:p>
        </w:tc>
      </w:tr>
    </w:tbl>
    <w:p w14:paraId="57CE3AE6" w14:textId="77777777" w:rsidR="00BD1072" w:rsidRPr="00E731BD" w:rsidRDefault="00BD1072" w:rsidP="00E731BD">
      <w:pPr>
        <w:rPr>
          <w:sz w:val="20"/>
          <w:szCs w:val="20"/>
        </w:rPr>
      </w:pPr>
    </w:p>
    <w:p w14:paraId="1DB66D96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28 - 20th April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60CE6135" w14:textId="77777777">
        <w:trPr>
          <w:jc w:val="center"/>
        </w:trPr>
        <w:tc>
          <w:tcPr>
            <w:tcW w:w="2880" w:type="dxa"/>
          </w:tcPr>
          <w:p w14:paraId="7A96D9C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Rackers</w:t>
            </w:r>
          </w:p>
        </w:tc>
        <w:tc>
          <w:tcPr>
            <w:tcW w:w="850" w:type="dxa"/>
          </w:tcPr>
          <w:p w14:paraId="082D694F" w14:textId="3FCEC1E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12DB039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0479D65C" w14:textId="77777777">
        <w:trPr>
          <w:jc w:val="center"/>
        </w:trPr>
        <w:tc>
          <w:tcPr>
            <w:tcW w:w="2880" w:type="dxa"/>
          </w:tcPr>
          <w:p w14:paraId="68741AA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  <w:tc>
          <w:tcPr>
            <w:tcW w:w="850" w:type="dxa"/>
          </w:tcPr>
          <w:p w14:paraId="49303251" w14:textId="32A56EC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907349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B</w:t>
            </w:r>
          </w:p>
        </w:tc>
      </w:tr>
      <w:tr w:rsidR="00BD1072" w:rsidRPr="00E731BD" w14:paraId="5523C44E" w14:textId="77777777">
        <w:trPr>
          <w:jc w:val="center"/>
        </w:trPr>
        <w:tc>
          <w:tcPr>
            <w:tcW w:w="2880" w:type="dxa"/>
          </w:tcPr>
          <w:p w14:paraId="512135CD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0219E406" w14:textId="5E273BAE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64D78E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</w:tr>
      <w:tr w:rsidR="00BD1072" w:rsidRPr="00E731BD" w14:paraId="10313BC1" w14:textId="77777777">
        <w:trPr>
          <w:jc w:val="center"/>
        </w:trPr>
        <w:tc>
          <w:tcPr>
            <w:tcW w:w="2880" w:type="dxa"/>
          </w:tcPr>
          <w:p w14:paraId="582ED062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16FD1699" w14:textId="2A2454B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6589AA4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0DD6CE6A" w14:textId="77777777">
        <w:trPr>
          <w:jc w:val="center"/>
        </w:trPr>
        <w:tc>
          <w:tcPr>
            <w:tcW w:w="2880" w:type="dxa"/>
          </w:tcPr>
          <w:p w14:paraId="4BCE1B1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3CF292EE" w14:textId="0D683B4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0FB902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  <w:tr w:rsidR="00BD1072" w:rsidRPr="00E731BD" w14:paraId="1A11C6F4" w14:textId="77777777">
        <w:trPr>
          <w:jc w:val="center"/>
        </w:trPr>
        <w:tc>
          <w:tcPr>
            <w:tcW w:w="2880" w:type="dxa"/>
          </w:tcPr>
          <w:p w14:paraId="04B9779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5A2E002C" w14:textId="4091A705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1C97ECA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Dukes</w:t>
            </w:r>
          </w:p>
        </w:tc>
      </w:tr>
      <w:tr w:rsidR="00BD1072" w:rsidRPr="00E731BD" w14:paraId="41F68029" w14:textId="77777777">
        <w:trPr>
          <w:jc w:val="center"/>
        </w:trPr>
        <w:tc>
          <w:tcPr>
            <w:tcW w:w="2880" w:type="dxa"/>
          </w:tcPr>
          <w:p w14:paraId="370A41A1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  <w:tc>
          <w:tcPr>
            <w:tcW w:w="850" w:type="dxa"/>
          </w:tcPr>
          <w:p w14:paraId="1F847FCD" w14:textId="45574B0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927ABC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Hit 'n' Hopes</w:t>
            </w:r>
          </w:p>
        </w:tc>
      </w:tr>
      <w:tr w:rsidR="00BD1072" w:rsidRPr="00E731BD" w14:paraId="11EA5EF4" w14:textId="77777777">
        <w:trPr>
          <w:jc w:val="center"/>
        </w:trPr>
        <w:tc>
          <w:tcPr>
            <w:tcW w:w="2880" w:type="dxa"/>
          </w:tcPr>
          <w:p w14:paraId="289F709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Sharks</w:t>
            </w:r>
          </w:p>
        </w:tc>
        <w:tc>
          <w:tcPr>
            <w:tcW w:w="850" w:type="dxa"/>
          </w:tcPr>
          <w:p w14:paraId="07AE7C6A" w14:textId="4803ECC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BE7AD2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Rugby Club Alestars</w:t>
            </w:r>
          </w:p>
        </w:tc>
      </w:tr>
    </w:tbl>
    <w:p w14:paraId="67496971" w14:textId="77777777" w:rsidR="00BD1072" w:rsidRPr="00E731BD" w:rsidRDefault="00BD1072" w:rsidP="00E731BD">
      <w:pPr>
        <w:rPr>
          <w:sz w:val="20"/>
          <w:szCs w:val="20"/>
        </w:rPr>
      </w:pPr>
    </w:p>
    <w:p w14:paraId="75B99B35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2750A9C6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46109751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11A55820" w14:textId="77777777" w:rsidR="00E731BD" w:rsidRDefault="00E731BD" w:rsidP="00E731BD">
      <w:pPr>
        <w:jc w:val="center"/>
        <w:rPr>
          <w:b/>
          <w:sz w:val="20"/>
          <w:szCs w:val="20"/>
        </w:rPr>
      </w:pPr>
    </w:p>
    <w:p w14:paraId="065EF3BD" w14:textId="0589C709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29 - 27th April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190CE0C6" w14:textId="77777777">
        <w:trPr>
          <w:jc w:val="center"/>
        </w:trPr>
        <w:tc>
          <w:tcPr>
            <w:tcW w:w="2880" w:type="dxa"/>
          </w:tcPr>
          <w:p w14:paraId="03B94B6B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768EEC5C" w14:textId="3BCAC22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40E70D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</w:tr>
      <w:tr w:rsidR="00BD1072" w:rsidRPr="00E731BD" w14:paraId="524A73C8" w14:textId="77777777">
        <w:trPr>
          <w:jc w:val="center"/>
        </w:trPr>
        <w:tc>
          <w:tcPr>
            <w:tcW w:w="2880" w:type="dxa"/>
          </w:tcPr>
          <w:p w14:paraId="1E17C38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B</w:t>
            </w:r>
          </w:p>
        </w:tc>
        <w:tc>
          <w:tcPr>
            <w:tcW w:w="850" w:type="dxa"/>
          </w:tcPr>
          <w:p w14:paraId="10B4E358" w14:textId="7077A9A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06825D8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</w:tr>
      <w:tr w:rsidR="00BD1072" w:rsidRPr="00E731BD" w14:paraId="22521FB6" w14:textId="77777777">
        <w:trPr>
          <w:jc w:val="center"/>
        </w:trPr>
        <w:tc>
          <w:tcPr>
            <w:tcW w:w="2880" w:type="dxa"/>
          </w:tcPr>
          <w:p w14:paraId="0D48AFE7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  <w:tc>
          <w:tcPr>
            <w:tcW w:w="850" w:type="dxa"/>
          </w:tcPr>
          <w:p w14:paraId="3890E824" w14:textId="470E716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A2681E6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Rackers</w:t>
            </w:r>
          </w:p>
        </w:tc>
      </w:tr>
      <w:tr w:rsidR="00BD1072" w:rsidRPr="00E731BD" w14:paraId="1A11EDD6" w14:textId="77777777">
        <w:trPr>
          <w:jc w:val="center"/>
        </w:trPr>
        <w:tc>
          <w:tcPr>
            <w:tcW w:w="2880" w:type="dxa"/>
          </w:tcPr>
          <w:p w14:paraId="439743B6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  <w:tc>
          <w:tcPr>
            <w:tcW w:w="850" w:type="dxa"/>
          </w:tcPr>
          <w:p w14:paraId="1D0D789B" w14:textId="6D9769E0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8D8A3D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0FDC3993" w14:textId="77777777">
        <w:trPr>
          <w:jc w:val="center"/>
        </w:trPr>
        <w:tc>
          <w:tcPr>
            <w:tcW w:w="2880" w:type="dxa"/>
          </w:tcPr>
          <w:p w14:paraId="3CDDDAD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262181D6" w14:textId="0BE6AC6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E7EC1C3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35419AAA" w14:textId="77777777">
        <w:trPr>
          <w:jc w:val="center"/>
        </w:trPr>
        <w:tc>
          <w:tcPr>
            <w:tcW w:w="2880" w:type="dxa"/>
          </w:tcPr>
          <w:p w14:paraId="0E9966E4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Rugby Club Alestars</w:t>
            </w:r>
          </w:p>
        </w:tc>
        <w:tc>
          <w:tcPr>
            <w:tcW w:w="850" w:type="dxa"/>
          </w:tcPr>
          <w:p w14:paraId="2E0CEBEE" w14:textId="0373B2E4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0C3DEA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</w:tr>
      <w:tr w:rsidR="00BD1072" w:rsidRPr="00E731BD" w14:paraId="3033BB17" w14:textId="77777777">
        <w:trPr>
          <w:jc w:val="center"/>
        </w:trPr>
        <w:tc>
          <w:tcPr>
            <w:tcW w:w="2880" w:type="dxa"/>
          </w:tcPr>
          <w:p w14:paraId="30D7381C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  <w:tc>
          <w:tcPr>
            <w:tcW w:w="850" w:type="dxa"/>
          </w:tcPr>
          <w:p w14:paraId="4B906788" w14:textId="5E11CCF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7DE0B2A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Sharks</w:t>
            </w:r>
          </w:p>
        </w:tc>
      </w:tr>
      <w:tr w:rsidR="00BD1072" w:rsidRPr="00E731BD" w14:paraId="508D83DF" w14:textId="77777777">
        <w:trPr>
          <w:jc w:val="center"/>
        </w:trPr>
        <w:tc>
          <w:tcPr>
            <w:tcW w:w="2880" w:type="dxa"/>
          </w:tcPr>
          <w:p w14:paraId="4B9D413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Hit 'n' Hopes</w:t>
            </w:r>
          </w:p>
        </w:tc>
        <w:tc>
          <w:tcPr>
            <w:tcW w:w="850" w:type="dxa"/>
          </w:tcPr>
          <w:p w14:paraId="6ADAB47D" w14:textId="3045A076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634B0862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Dukes</w:t>
            </w:r>
          </w:p>
        </w:tc>
      </w:tr>
    </w:tbl>
    <w:p w14:paraId="6008EDE8" w14:textId="77777777" w:rsidR="00BD1072" w:rsidRPr="00E731BD" w:rsidRDefault="00BD1072" w:rsidP="00E731BD">
      <w:pPr>
        <w:rPr>
          <w:sz w:val="20"/>
          <w:szCs w:val="20"/>
        </w:rPr>
      </w:pPr>
    </w:p>
    <w:p w14:paraId="519BCCB3" w14:textId="77777777" w:rsidR="00BD1072" w:rsidRPr="00E731BD" w:rsidRDefault="00000000" w:rsidP="00E731BD">
      <w:pPr>
        <w:jc w:val="center"/>
        <w:rPr>
          <w:sz w:val="20"/>
          <w:szCs w:val="20"/>
        </w:rPr>
      </w:pPr>
      <w:r w:rsidRPr="00E731BD">
        <w:rPr>
          <w:b/>
          <w:sz w:val="20"/>
          <w:szCs w:val="20"/>
        </w:rPr>
        <w:t>Week 30 - 4th May 2027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617"/>
        <w:gridCol w:w="2211"/>
      </w:tblGrid>
      <w:tr w:rsidR="00BD1072" w:rsidRPr="00E731BD" w14:paraId="37749247" w14:textId="77777777">
        <w:trPr>
          <w:jc w:val="center"/>
        </w:trPr>
        <w:tc>
          <w:tcPr>
            <w:tcW w:w="2880" w:type="dxa"/>
          </w:tcPr>
          <w:p w14:paraId="6108CCB0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Ringers</w:t>
            </w:r>
          </w:p>
        </w:tc>
        <w:tc>
          <w:tcPr>
            <w:tcW w:w="850" w:type="dxa"/>
          </w:tcPr>
          <w:p w14:paraId="29A157BA" w14:textId="29C44A3D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DAF419B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Bird in Hand Stakes</w:t>
            </w:r>
          </w:p>
        </w:tc>
      </w:tr>
      <w:tr w:rsidR="00BD1072" w:rsidRPr="00E731BD" w14:paraId="76C49CB1" w14:textId="77777777">
        <w:trPr>
          <w:jc w:val="center"/>
        </w:trPr>
        <w:tc>
          <w:tcPr>
            <w:tcW w:w="2880" w:type="dxa"/>
          </w:tcPr>
          <w:p w14:paraId="0E1C85C3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Coach and Horses</w:t>
            </w:r>
          </w:p>
        </w:tc>
        <w:tc>
          <w:tcPr>
            <w:tcW w:w="850" w:type="dxa"/>
          </w:tcPr>
          <w:p w14:paraId="774446C1" w14:textId="213934C7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15B4DCE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Three Ferrets</w:t>
            </w:r>
          </w:p>
        </w:tc>
      </w:tr>
      <w:tr w:rsidR="00BD1072" w:rsidRPr="00E731BD" w14:paraId="1B2A1C46" w14:textId="77777777">
        <w:trPr>
          <w:jc w:val="center"/>
        </w:trPr>
        <w:tc>
          <w:tcPr>
            <w:tcW w:w="2880" w:type="dxa"/>
          </w:tcPr>
          <w:p w14:paraId="6FBC2FB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Cool Hand Dukes</w:t>
            </w:r>
          </w:p>
        </w:tc>
        <w:tc>
          <w:tcPr>
            <w:tcW w:w="850" w:type="dxa"/>
          </w:tcPr>
          <w:p w14:paraId="217FF579" w14:textId="69EA16BB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44F8E30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Shooters</w:t>
            </w:r>
          </w:p>
        </w:tc>
      </w:tr>
      <w:tr w:rsidR="00BD1072" w:rsidRPr="00E731BD" w14:paraId="66C1E60C" w14:textId="77777777">
        <w:trPr>
          <w:jc w:val="center"/>
        </w:trPr>
        <w:tc>
          <w:tcPr>
            <w:tcW w:w="2880" w:type="dxa"/>
          </w:tcPr>
          <w:p w14:paraId="398B5AA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Rugby Club Alestars</w:t>
            </w:r>
          </w:p>
        </w:tc>
        <w:tc>
          <w:tcPr>
            <w:tcW w:w="850" w:type="dxa"/>
          </w:tcPr>
          <w:p w14:paraId="3221C5D6" w14:textId="73F50F3F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4AF5E4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B</w:t>
            </w:r>
          </w:p>
        </w:tc>
      </w:tr>
      <w:tr w:rsidR="00BD1072" w:rsidRPr="00E731BD" w14:paraId="643420BE" w14:textId="77777777">
        <w:trPr>
          <w:jc w:val="center"/>
        </w:trPr>
        <w:tc>
          <w:tcPr>
            <w:tcW w:w="2880" w:type="dxa"/>
          </w:tcPr>
          <w:p w14:paraId="37A34309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Copperhouse Rackers</w:t>
            </w:r>
          </w:p>
        </w:tc>
        <w:tc>
          <w:tcPr>
            <w:tcW w:w="850" w:type="dxa"/>
          </w:tcPr>
          <w:p w14:paraId="0D4F8099" w14:textId="6F8A5753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3E051645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Sharks</w:t>
            </w:r>
          </w:p>
        </w:tc>
      </w:tr>
      <w:tr w:rsidR="00BD1072" w:rsidRPr="00E731BD" w14:paraId="1A0EF15E" w14:textId="77777777">
        <w:trPr>
          <w:jc w:val="center"/>
        </w:trPr>
        <w:tc>
          <w:tcPr>
            <w:tcW w:w="2880" w:type="dxa"/>
          </w:tcPr>
          <w:p w14:paraId="3ED90465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Gwinear Hit 'n' Hopes</w:t>
            </w:r>
          </w:p>
        </w:tc>
        <w:tc>
          <w:tcPr>
            <w:tcW w:w="850" w:type="dxa"/>
          </w:tcPr>
          <w:p w14:paraId="268A7BB2" w14:textId="5616F328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29B82FCF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Hustlers</w:t>
            </w:r>
          </w:p>
        </w:tc>
      </w:tr>
      <w:tr w:rsidR="00BD1072" w:rsidRPr="00E731BD" w14:paraId="64825C8A" w14:textId="77777777">
        <w:trPr>
          <w:jc w:val="center"/>
        </w:trPr>
        <w:tc>
          <w:tcPr>
            <w:tcW w:w="2880" w:type="dxa"/>
          </w:tcPr>
          <w:p w14:paraId="4A4E5C78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Cornish Rockets</w:t>
            </w:r>
          </w:p>
        </w:tc>
        <w:tc>
          <w:tcPr>
            <w:tcW w:w="850" w:type="dxa"/>
          </w:tcPr>
          <w:p w14:paraId="3B3E3FB6" w14:textId="13F66B1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5E1EF3F8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The Dukes</w:t>
            </w:r>
          </w:p>
        </w:tc>
      </w:tr>
      <w:tr w:rsidR="00BD1072" w:rsidRPr="00E731BD" w14:paraId="6DDF5888" w14:textId="77777777">
        <w:trPr>
          <w:jc w:val="center"/>
        </w:trPr>
        <w:tc>
          <w:tcPr>
            <w:tcW w:w="2880" w:type="dxa"/>
          </w:tcPr>
          <w:p w14:paraId="7825061A" w14:textId="77777777" w:rsidR="00BD1072" w:rsidRPr="00E731BD" w:rsidRDefault="00000000" w:rsidP="00E731BD">
            <w:pPr>
              <w:spacing w:after="0"/>
              <w:jc w:val="right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Crusaders</w:t>
            </w:r>
          </w:p>
        </w:tc>
        <w:tc>
          <w:tcPr>
            <w:tcW w:w="850" w:type="dxa"/>
          </w:tcPr>
          <w:p w14:paraId="3F6809D5" w14:textId="6066C9FC" w:rsidR="00BD1072" w:rsidRPr="00E731BD" w:rsidRDefault="00E731BD" w:rsidP="00E731BD">
            <w:pPr>
              <w:spacing w:after="0"/>
              <w:jc w:val="center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- v -</w:t>
            </w:r>
          </w:p>
        </w:tc>
        <w:tc>
          <w:tcPr>
            <w:tcW w:w="2880" w:type="dxa"/>
          </w:tcPr>
          <w:p w14:paraId="154E09EC" w14:textId="77777777" w:rsidR="00BD1072" w:rsidRPr="00E731BD" w:rsidRDefault="00000000" w:rsidP="00E731BD">
            <w:pPr>
              <w:spacing w:after="0"/>
              <w:rPr>
                <w:sz w:val="20"/>
                <w:szCs w:val="20"/>
              </w:rPr>
            </w:pPr>
            <w:r w:rsidRPr="00E731BD">
              <w:rPr>
                <w:sz w:val="20"/>
                <w:szCs w:val="20"/>
              </w:rPr>
              <w:t>Cornubia Ladies</w:t>
            </w:r>
          </w:p>
        </w:tc>
      </w:tr>
    </w:tbl>
    <w:p w14:paraId="2C544348" w14:textId="77777777" w:rsidR="00BD1072" w:rsidRPr="00E731BD" w:rsidRDefault="00BD1072" w:rsidP="00E731BD">
      <w:pPr>
        <w:rPr>
          <w:sz w:val="20"/>
          <w:szCs w:val="20"/>
        </w:rPr>
      </w:pPr>
    </w:p>
    <w:sectPr w:rsidR="00BD1072" w:rsidRPr="00E731BD" w:rsidSect="00E731BD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3643745">
    <w:abstractNumId w:val="8"/>
  </w:num>
  <w:num w:numId="2" w16cid:durableId="1548108759">
    <w:abstractNumId w:val="6"/>
  </w:num>
  <w:num w:numId="3" w16cid:durableId="403263107">
    <w:abstractNumId w:val="5"/>
  </w:num>
  <w:num w:numId="4" w16cid:durableId="1359356986">
    <w:abstractNumId w:val="4"/>
  </w:num>
  <w:num w:numId="5" w16cid:durableId="1482112067">
    <w:abstractNumId w:val="7"/>
  </w:num>
  <w:num w:numId="6" w16cid:durableId="499200586">
    <w:abstractNumId w:val="3"/>
  </w:num>
  <w:num w:numId="7" w16cid:durableId="670178164">
    <w:abstractNumId w:val="2"/>
  </w:num>
  <w:num w:numId="8" w16cid:durableId="457188218">
    <w:abstractNumId w:val="1"/>
  </w:num>
  <w:num w:numId="9" w16cid:durableId="1539512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D4C"/>
    <w:rsid w:val="0029639D"/>
    <w:rsid w:val="00326F90"/>
    <w:rsid w:val="003572B8"/>
    <w:rsid w:val="00AA1D8D"/>
    <w:rsid w:val="00B47730"/>
    <w:rsid w:val="00BD1072"/>
    <w:rsid w:val="00CB0664"/>
    <w:rsid w:val="00DD51EB"/>
    <w:rsid w:val="00E731BD"/>
    <w:rsid w:val="00F669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6F873F"/>
  <w14:defaultImageDpi w14:val="300"/>
  <w15:docId w15:val="{6F4A4ED2-E2B2-48AC-BC1D-8DCB1C5D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Lucy Cooper</cp:lastModifiedBy>
  <cp:revision>2</cp:revision>
  <dcterms:created xsi:type="dcterms:W3CDTF">2026-09-25T15:50:00Z</dcterms:created>
  <dcterms:modified xsi:type="dcterms:W3CDTF">2026-09-25T15:50:00Z</dcterms:modified>
  <cp:category/>
</cp:coreProperties>
</file>